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04EDB" w14:textId="197FFE6A" w:rsidR="00A45D25" w:rsidRPr="005E65A6" w:rsidRDefault="00000000" w:rsidP="008D2985">
      <w:pPr>
        <w:pStyle w:val="Heading1"/>
        <w:spacing w:before="0"/>
        <w:rPr>
          <w:rFonts w:ascii="Arial" w:hAnsi="Arial" w:cs="Arial"/>
          <w:sz w:val="22"/>
          <w:szCs w:val="22"/>
        </w:rPr>
      </w:pPr>
      <w:r w:rsidRPr="005E65A6">
        <w:rPr>
          <w:rFonts w:ascii="Arial" w:hAnsi="Arial" w:cs="Arial"/>
          <w:sz w:val="22"/>
          <w:szCs w:val="22"/>
        </w:rPr>
        <w:t xml:space="preserve">A. </w:t>
      </w:r>
      <w:r w:rsidR="00B629BA" w:rsidRPr="005E65A6">
        <w:rPr>
          <w:rFonts w:ascii="Arial" w:hAnsi="Arial" w:cs="Arial"/>
          <w:sz w:val="22"/>
          <w:szCs w:val="22"/>
        </w:rPr>
        <w:t>APPLICANT AND TEST PARTICULARS</w:t>
      </w:r>
    </w:p>
    <w:tbl>
      <w:tblPr>
        <w:tblStyle w:val="TableGrid"/>
        <w:tblW w:w="0" w:type="auto"/>
        <w:tblLook w:val="04A0" w:firstRow="1" w:lastRow="0" w:firstColumn="1" w:lastColumn="0" w:noHBand="0" w:noVBand="1"/>
      </w:tblPr>
      <w:tblGrid>
        <w:gridCol w:w="2242"/>
        <w:gridCol w:w="3282"/>
        <w:gridCol w:w="2409"/>
        <w:gridCol w:w="1662"/>
      </w:tblGrid>
      <w:tr w:rsidR="00A45D25" w:rsidRPr="005E65A6" w14:paraId="408208CA" w14:textId="77777777" w:rsidTr="00E03FC9">
        <w:tc>
          <w:tcPr>
            <w:tcW w:w="2242" w:type="dxa"/>
          </w:tcPr>
          <w:p w14:paraId="7A4DCED1" w14:textId="77777777" w:rsidR="00A45D25" w:rsidRPr="005E65A6" w:rsidRDefault="00000000">
            <w:pPr>
              <w:rPr>
                <w:bCs/>
                <w:sz w:val="22"/>
              </w:rPr>
            </w:pPr>
            <w:r w:rsidRPr="005E65A6">
              <w:rPr>
                <w:bCs/>
                <w:sz w:val="22"/>
              </w:rPr>
              <w:t>Applicant Name:</w:t>
            </w:r>
          </w:p>
        </w:tc>
        <w:tc>
          <w:tcPr>
            <w:tcW w:w="3282" w:type="dxa"/>
          </w:tcPr>
          <w:p w14:paraId="16042F06" w14:textId="77777777" w:rsidR="00A45D25" w:rsidRPr="005E65A6" w:rsidRDefault="00A45D25">
            <w:pPr>
              <w:rPr>
                <w:bCs/>
                <w:sz w:val="22"/>
              </w:rPr>
            </w:pPr>
          </w:p>
        </w:tc>
        <w:tc>
          <w:tcPr>
            <w:tcW w:w="2409" w:type="dxa"/>
          </w:tcPr>
          <w:p w14:paraId="398CBFD6" w14:textId="72C27BF6" w:rsidR="00A45D25" w:rsidRPr="005E65A6" w:rsidRDefault="005E65A6">
            <w:pPr>
              <w:rPr>
                <w:bCs/>
                <w:sz w:val="22"/>
              </w:rPr>
            </w:pPr>
            <w:r w:rsidRPr="005E65A6">
              <w:rPr>
                <w:bCs/>
                <w:sz w:val="22"/>
              </w:rPr>
              <w:t>Address:</w:t>
            </w:r>
          </w:p>
        </w:tc>
        <w:tc>
          <w:tcPr>
            <w:tcW w:w="1662" w:type="dxa"/>
          </w:tcPr>
          <w:p w14:paraId="67A85998" w14:textId="77777777" w:rsidR="00A45D25" w:rsidRPr="005E65A6" w:rsidRDefault="00A45D25">
            <w:pPr>
              <w:rPr>
                <w:sz w:val="22"/>
              </w:rPr>
            </w:pPr>
          </w:p>
        </w:tc>
      </w:tr>
      <w:tr w:rsidR="00A45D25" w:rsidRPr="005E65A6" w14:paraId="4774DB3E" w14:textId="77777777" w:rsidTr="00E03FC9">
        <w:tc>
          <w:tcPr>
            <w:tcW w:w="2242" w:type="dxa"/>
          </w:tcPr>
          <w:p w14:paraId="57980ECA" w14:textId="684E0CC4" w:rsidR="00A45D25" w:rsidRPr="005E65A6" w:rsidRDefault="00D17472">
            <w:pPr>
              <w:rPr>
                <w:bCs/>
                <w:sz w:val="22"/>
              </w:rPr>
            </w:pPr>
            <w:r w:rsidRPr="005E65A6">
              <w:rPr>
                <w:bCs/>
                <w:sz w:val="22"/>
              </w:rPr>
              <w:t>Place of Birth:</w:t>
            </w:r>
          </w:p>
        </w:tc>
        <w:tc>
          <w:tcPr>
            <w:tcW w:w="3282" w:type="dxa"/>
          </w:tcPr>
          <w:p w14:paraId="7F7C3A50" w14:textId="77777777" w:rsidR="00A45D25" w:rsidRPr="005E65A6" w:rsidRDefault="00A45D25">
            <w:pPr>
              <w:rPr>
                <w:bCs/>
                <w:sz w:val="22"/>
              </w:rPr>
            </w:pPr>
          </w:p>
        </w:tc>
        <w:tc>
          <w:tcPr>
            <w:tcW w:w="2409" w:type="dxa"/>
          </w:tcPr>
          <w:p w14:paraId="5BD61495" w14:textId="77777777" w:rsidR="00A45D25" w:rsidRPr="005E65A6" w:rsidRDefault="00000000">
            <w:pPr>
              <w:rPr>
                <w:bCs/>
                <w:sz w:val="22"/>
              </w:rPr>
            </w:pPr>
            <w:r w:rsidRPr="005E65A6">
              <w:rPr>
                <w:bCs/>
                <w:sz w:val="22"/>
              </w:rPr>
              <w:t>Date of Birth:</w:t>
            </w:r>
          </w:p>
        </w:tc>
        <w:tc>
          <w:tcPr>
            <w:tcW w:w="1662" w:type="dxa"/>
          </w:tcPr>
          <w:p w14:paraId="3EE08C58" w14:textId="77777777" w:rsidR="00A45D25" w:rsidRPr="005E65A6" w:rsidRDefault="00A45D25">
            <w:pPr>
              <w:rPr>
                <w:sz w:val="22"/>
              </w:rPr>
            </w:pPr>
          </w:p>
        </w:tc>
      </w:tr>
      <w:tr w:rsidR="00A45D25" w:rsidRPr="005E65A6" w14:paraId="3EB7F6D6" w14:textId="77777777" w:rsidTr="00E03FC9">
        <w:tc>
          <w:tcPr>
            <w:tcW w:w="2242" w:type="dxa"/>
          </w:tcPr>
          <w:p w14:paraId="690BBA1B" w14:textId="77777777" w:rsidR="00A45D25" w:rsidRPr="005E65A6" w:rsidRDefault="00000000">
            <w:pPr>
              <w:rPr>
                <w:bCs/>
                <w:sz w:val="22"/>
              </w:rPr>
            </w:pPr>
            <w:r w:rsidRPr="005E65A6">
              <w:rPr>
                <w:bCs/>
                <w:sz w:val="22"/>
              </w:rPr>
              <w:t>Licence Category Sought:</w:t>
            </w:r>
          </w:p>
        </w:tc>
        <w:tc>
          <w:tcPr>
            <w:tcW w:w="3282" w:type="dxa"/>
          </w:tcPr>
          <w:p w14:paraId="01EF7CD2" w14:textId="77777777" w:rsidR="00A45D25" w:rsidRPr="005E65A6" w:rsidRDefault="00A45D25">
            <w:pPr>
              <w:rPr>
                <w:bCs/>
                <w:sz w:val="22"/>
              </w:rPr>
            </w:pPr>
          </w:p>
        </w:tc>
        <w:tc>
          <w:tcPr>
            <w:tcW w:w="2409" w:type="dxa"/>
          </w:tcPr>
          <w:p w14:paraId="5B94440D" w14:textId="77777777" w:rsidR="00A45D25" w:rsidRPr="005E65A6" w:rsidRDefault="00000000">
            <w:pPr>
              <w:rPr>
                <w:bCs/>
                <w:sz w:val="22"/>
              </w:rPr>
            </w:pPr>
            <w:r w:rsidRPr="005E65A6">
              <w:rPr>
                <w:bCs/>
                <w:sz w:val="22"/>
              </w:rPr>
              <w:t>Class/Type Rating Sought:</w:t>
            </w:r>
          </w:p>
        </w:tc>
        <w:tc>
          <w:tcPr>
            <w:tcW w:w="1662" w:type="dxa"/>
          </w:tcPr>
          <w:p w14:paraId="620396AB" w14:textId="77777777" w:rsidR="00A45D25" w:rsidRPr="005E65A6" w:rsidRDefault="00A45D25">
            <w:pPr>
              <w:rPr>
                <w:sz w:val="22"/>
              </w:rPr>
            </w:pPr>
          </w:p>
        </w:tc>
      </w:tr>
      <w:tr w:rsidR="00A45D25" w:rsidRPr="005E65A6" w14:paraId="7F9D19FF" w14:textId="77777777" w:rsidTr="00E03FC9">
        <w:tc>
          <w:tcPr>
            <w:tcW w:w="2242" w:type="dxa"/>
          </w:tcPr>
          <w:p w14:paraId="32854BFB" w14:textId="77777777" w:rsidR="00A45D25" w:rsidRPr="005E65A6" w:rsidRDefault="00000000">
            <w:pPr>
              <w:rPr>
                <w:bCs/>
                <w:sz w:val="22"/>
              </w:rPr>
            </w:pPr>
            <w:r w:rsidRPr="005E65A6">
              <w:rPr>
                <w:bCs/>
                <w:sz w:val="22"/>
              </w:rPr>
              <w:t>Basis of Application:</w:t>
            </w:r>
          </w:p>
        </w:tc>
        <w:tc>
          <w:tcPr>
            <w:tcW w:w="3282" w:type="dxa"/>
          </w:tcPr>
          <w:p w14:paraId="5214B1E5" w14:textId="77777777" w:rsidR="005E65A6" w:rsidRPr="005E65A6" w:rsidRDefault="00000000">
            <w:pPr>
              <w:rPr>
                <w:bCs/>
                <w:sz w:val="22"/>
              </w:rPr>
            </w:pPr>
            <w:r w:rsidRPr="005E65A6">
              <w:rPr>
                <w:rFonts w:ascii="Segoe UI Symbol" w:hAnsi="Segoe UI Symbol" w:cs="Segoe UI Symbol"/>
                <w:bCs/>
                <w:sz w:val="22"/>
              </w:rPr>
              <w:t>☐</w:t>
            </w:r>
            <w:r w:rsidRPr="005E65A6">
              <w:rPr>
                <w:bCs/>
                <w:sz w:val="22"/>
              </w:rPr>
              <w:t xml:space="preserve"> </w:t>
            </w:r>
            <w:proofErr w:type="gramStart"/>
            <w:r w:rsidRPr="005E65A6">
              <w:rPr>
                <w:bCs/>
                <w:sz w:val="22"/>
              </w:rPr>
              <w:t xml:space="preserve">Issue  </w:t>
            </w:r>
            <w:r w:rsidRPr="005E65A6">
              <w:rPr>
                <w:rFonts w:ascii="Segoe UI Symbol" w:hAnsi="Segoe UI Symbol" w:cs="Segoe UI Symbol"/>
                <w:bCs/>
                <w:sz w:val="22"/>
              </w:rPr>
              <w:t>☐</w:t>
            </w:r>
            <w:proofErr w:type="gramEnd"/>
            <w:r w:rsidRPr="005E65A6">
              <w:rPr>
                <w:bCs/>
                <w:sz w:val="22"/>
              </w:rPr>
              <w:t xml:space="preserve"> Addition of Rating  </w:t>
            </w:r>
          </w:p>
          <w:p w14:paraId="3EC0A6AA" w14:textId="48CF419B" w:rsidR="00A45D25" w:rsidRPr="005E65A6" w:rsidRDefault="00000000">
            <w:pPr>
              <w:rPr>
                <w:bCs/>
                <w:sz w:val="22"/>
              </w:rPr>
            </w:pPr>
            <w:r w:rsidRPr="005E65A6">
              <w:rPr>
                <w:rFonts w:ascii="Segoe UI Symbol" w:hAnsi="Segoe UI Symbol" w:cs="Segoe UI Symbol"/>
                <w:bCs/>
                <w:sz w:val="22"/>
              </w:rPr>
              <w:t>☐</w:t>
            </w:r>
            <w:r w:rsidRPr="005E65A6">
              <w:rPr>
                <w:bCs/>
                <w:sz w:val="22"/>
              </w:rPr>
              <w:t xml:space="preserve"> </w:t>
            </w:r>
            <w:proofErr w:type="gramStart"/>
            <w:r w:rsidRPr="005E65A6">
              <w:rPr>
                <w:bCs/>
                <w:sz w:val="22"/>
              </w:rPr>
              <w:t xml:space="preserve">Renewal  </w:t>
            </w:r>
            <w:r w:rsidRPr="005E65A6">
              <w:rPr>
                <w:rFonts w:ascii="Segoe UI Symbol" w:hAnsi="Segoe UI Symbol" w:cs="Segoe UI Symbol"/>
                <w:bCs/>
                <w:sz w:val="22"/>
              </w:rPr>
              <w:t>☐</w:t>
            </w:r>
            <w:proofErr w:type="gramEnd"/>
            <w:r w:rsidRPr="005E65A6">
              <w:rPr>
                <w:bCs/>
                <w:sz w:val="22"/>
              </w:rPr>
              <w:t xml:space="preserve"> Re-issue</w:t>
            </w:r>
          </w:p>
        </w:tc>
        <w:tc>
          <w:tcPr>
            <w:tcW w:w="4071" w:type="dxa"/>
            <w:gridSpan w:val="2"/>
          </w:tcPr>
          <w:p w14:paraId="7FC6905C" w14:textId="77777777" w:rsidR="00A45D25" w:rsidRPr="005E65A6" w:rsidRDefault="00A45D25">
            <w:pPr>
              <w:rPr>
                <w:bCs/>
                <w:sz w:val="22"/>
              </w:rPr>
            </w:pPr>
          </w:p>
        </w:tc>
      </w:tr>
      <w:tr w:rsidR="00A45D25" w:rsidRPr="005E65A6" w14:paraId="58A9CCDD" w14:textId="77777777" w:rsidTr="00E03FC9">
        <w:tc>
          <w:tcPr>
            <w:tcW w:w="2242" w:type="dxa"/>
          </w:tcPr>
          <w:p w14:paraId="48FB4026" w14:textId="77777777" w:rsidR="00A45D25" w:rsidRPr="005E65A6" w:rsidRDefault="00000000">
            <w:pPr>
              <w:rPr>
                <w:bCs/>
                <w:sz w:val="22"/>
              </w:rPr>
            </w:pPr>
            <w:r w:rsidRPr="005E65A6">
              <w:rPr>
                <w:bCs/>
                <w:sz w:val="22"/>
              </w:rPr>
              <w:t>Test Date:</w:t>
            </w:r>
          </w:p>
        </w:tc>
        <w:tc>
          <w:tcPr>
            <w:tcW w:w="3282" w:type="dxa"/>
          </w:tcPr>
          <w:p w14:paraId="69D8DD06" w14:textId="77777777" w:rsidR="00A45D25" w:rsidRPr="005E65A6" w:rsidRDefault="00A45D25">
            <w:pPr>
              <w:rPr>
                <w:bCs/>
                <w:sz w:val="22"/>
              </w:rPr>
            </w:pPr>
          </w:p>
        </w:tc>
        <w:tc>
          <w:tcPr>
            <w:tcW w:w="2409" w:type="dxa"/>
          </w:tcPr>
          <w:p w14:paraId="3FA42C9C" w14:textId="77777777" w:rsidR="00A45D25" w:rsidRPr="005E65A6" w:rsidRDefault="00000000">
            <w:pPr>
              <w:rPr>
                <w:bCs/>
                <w:sz w:val="22"/>
              </w:rPr>
            </w:pPr>
            <w:r w:rsidRPr="005E65A6">
              <w:rPr>
                <w:bCs/>
                <w:sz w:val="22"/>
              </w:rPr>
              <w:t>Test Location:</w:t>
            </w:r>
          </w:p>
        </w:tc>
        <w:tc>
          <w:tcPr>
            <w:tcW w:w="1662" w:type="dxa"/>
          </w:tcPr>
          <w:p w14:paraId="18503910" w14:textId="77777777" w:rsidR="00A45D25" w:rsidRPr="005E65A6" w:rsidRDefault="00A45D25">
            <w:pPr>
              <w:rPr>
                <w:sz w:val="22"/>
              </w:rPr>
            </w:pPr>
          </w:p>
        </w:tc>
      </w:tr>
      <w:tr w:rsidR="00A45D25" w:rsidRPr="005E65A6" w14:paraId="46C6303C" w14:textId="77777777" w:rsidTr="00E03FC9">
        <w:tc>
          <w:tcPr>
            <w:tcW w:w="2242" w:type="dxa"/>
          </w:tcPr>
          <w:p w14:paraId="05252104" w14:textId="77777777" w:rsidR="00A45D25" w:rsidRPr="005E65A6" w:rsidRDefault="00000000">
            <w:pPr>
              <w:rPr>
                <w:bCs/>
                <w:sz w:val="22"/>
              </w:rPr>
            </w:pPr>
            <w:r w:rsidRPr="005E65A6">
              <w:rPr>
                <w:bCs/>
                <w:sz w:val="22"/>
              </w:rPr>
              <w:t>Examiner Name:</w:t>
            </w:r>
          </w:p>
        </w:tc>
        <w:tc>
          <w:tcPr>
            <w:tcW w:w="3282" w:type="dxa"/>
          </w:tcPr>
          <w:p w14:paraId="7C704B0D" w14:textId="77777777" w:rsidR="00A45D25" w:rsidRPr="005E65A6" w:rsidRDefault="00A45D25">
            <w:pPr>
              <w:rPr>
                <w:bCs/>
                <w:sz w:val="22"/>
              </w:rPr>
            </w:pPr>
          </w:p>
        </w:tc>
        <w:tc>
          <w:tcPr>
            <w:tcW w:w="2409" w:type="dxa"/>
          </w:tcPr>
          <w:p w14:paraId="7AFC1F31" w14:textId="77777777" w:rsidR="00A45D25" w:rsidRPr="005E65A6" w:rsidRDefault="00000000">
            <w:pPr>
              <w:rPr>
                <w:bCs/>
                <w:sz w:val="22"/>
              </w:rPr>
            </w:pPr>
            <w:r w:rsidRPr="005E65A6">
              <w:rPr>
                <w:bCs/>
                <w:sz w:val="22"/>
              </w:rPr>
              <w:t>Examiner Licence/Authorization No.:</w:t>
            </w:r>
          </w:p>
        </w:tc>
        <w:tc>
          <w:tcPr>
            <w:tcW w:w="1662" w:type="dxa"/>
          </w:tcPr>
          <w:p w14:paraId="3545832D" w14:textId="77777777" w:rsidR="00A45D25" w:rsidRPr="005E65A6" w:rsidRDefault="00A45D25">
            <w:pPr>
              <w:rPr>
                <w:sz w:val="22"/>
              </w:rPr>
            </w:pPr>
          </w:p>
        </w:tc>
      </w:tr>
      <w:tr w:rsidR="00A45D25" w:rsidRPr="005E65A6" w14:paraId="25B48D22" w14:textId="77777777" w:rsidTr="00E03FC9">
        <w:tc>
          <w:tcPr>
            <w:tcW w:w="2242" w:type="dxa"/>
          </w:tcPr>
          <w:p w14:paraId="3C35544D" w14:textId="0A61B524" w:rsidR="00A45D25" w:rsidRPr="005E65A6" w:rsidRDefault="005E65A6">
            <w:pPr>
              <w:rPr>
                <w:bCs/>
                <w:sz w:val="22"/>
              </w:rPr>
            </w:pPr>
            <w:r w:rsidRPr="005E65A6">
              <w:rPr>
                <w:bCs/>
                <w:sz w:val="22"/>
              </w:rPr>
              <w:t>Name of the ATO</w:t>
            </w:r>
          </w:p>
        </w:tc>
        <w:tc>
          <w:tcPr>
            <w:tcW w:w="3282" w:type="dxa"/>
          </w:tcPr>
          <w:p w14:paraId="64EFD407" w14:textId="77777777" w:rsidR="00A45D25" w:rsidRPr="005E65A6" w:rsidRDefault="00A45D25">
            <w:pPr>
              <w:rPr>
                <w:bCs/>
                <w:sz w:val="22"/>
              </w:rPr>
            </w:pPr>
          </w:p>
        </w:tc>
        <w:tc>
          <w:tcPr>
            <w:tcW w:w="2409" w:type="dxa"/>
          </w:tcPr>
          <w:p w14:paraId="5FA60A60" w14:textId="77777777" w:rsidR="00A45D25" w:rsidRPr="005E65A6" w:rsidRDefault="00000000">
            <w:pPr>
              <w:rPr>
                <w:bCs/>
                <w:sz w:val="22"/>
              </w:rPr>
            </w:pPr>
            <w:r w:rsidRPr="005E65A6">
              <w:rPr>
                <w:bCs/>
                <w:sz w:val="22"/>
              </w:rPr>
              <w:t>ATO Approval No.:</w:t>
            </w:r>
          </w:p>
        </w:tc>
        <w:tc>
          <w:tcPr>
            <w:tcW w:w="1662" w:type="dxa"/>
          </w:tcPr>
          <w:p w14:paraId="7FE8EC0C" w14:textId="77777777" w:rsidR="00A45D25" w:rsidRPr="005E65A6" w:rsidRDefault="00A45D25">
            <w:pPr>
              <w:rPr>
                <w:sz w:val="22"/>
              </w:rPr>
            </w:pPr>
          </w:p>
        </w:tc>
      </w:tr>
      <w:tr w:rsidR="00D17472" w:rsidRPr="005E65A6" w14:paraId="1ACE84F7" w14:textId="77777777" w:rsidTr="00E03FC9">
        <w:tc>
          <w:tcPr>
            <w:tcW w:w="2242" w:type="dxa"/>
          </w:tcPr>
          <w:p w14:paraId="36ADAC77" w14:textId="1A3E3D44" w:rsidR="00D17472" w:rsidRPr="005E65A6" w:rsidRDefault="005E65A6">
            <w:pPr>
              <w:rPr>
                <w:bCs/>
                <w:sz w:val="22"/>
              </w:rPr>
            </w:pPr>
            <w:r w:rsidRPr="005E65A6">
              <w:rPr>
                <w:bCs/>
                <w:sz w:val="22"/>
              </w:rPr>
              <w:t>Name of the AMO</w:t>
            </w:r>
          </w:p>
        </w:tc>
        <w:tc>
          <w:tcPr>
            <w:tcW w:w="3282" w:type="dxa"/>
          </w:tcPr>
          <w:p w14:paraId="3FBE25E6" w14:textId="77777777" w:rsidR="00D17472" w:rsidRPr="005E65A6" w:rsidRDefault="00D17472">
            <w:pPr>
              <w:rPr>
                <w:bCs/>
                <w:sz w:val="22"/>
              </w:rPr>
            </w:pPr>
          </w:p>
        </w:tc>
        <w:tc>
          <w:tcPr>
            <w:tcW w:w="2409" w:type="dxa"/>
          </w:tcPr>
          <w:p w14:paraId="7CC0CC22" w14:textId="53708FD2" w:rsidR="00D17472" w:rsidRPr="005E65A6" w:rsidRDefault="00D17472">
            <w:pPr>
              <w:rPr>
                <w:bCs/>
                <w:sz w:val="22"/>
              </w:rPr>
            </w:pPr>
            <w:r w:rsidRPr="005E65A6">
              <w:rPr>
                <w:bCs/>
                <w:sz w:val="22"/>
              </w:rPr>
              <w:t>AMO Approval No.:</w:t>
            </w:r>
          </w:p>
        </w:tc>
        <w:tc>
          <w:tcPr>
            <w:tcW w:w="1662" w:type="dxa"/>
          </w:tcPr>
          <w:p w14:paraId="0B641D8E" w14:textId="77777777" w:rsidR="00D17472" w:rsidRPr="005E65A6" w:rsidRDefault="00D17472">
            <w:pPr>
              <w:rPr>
                <w:sz w:val="22"/>
              </w:rPr>
            </w:pPr>
          </w:p>
        </w:tc>
      </w:tr>
    </w:tbl>
    <w:p w14:paraId="1A972619" w14:textId="77777777" w:rsidR="00A45D25" w:rsidRPr="005E65A6" w:rsidRDefault="00A45D25">
      <w:pPr>
        <w:rPr>
          <w:sz w:val="22"/>
        </w:rPr>
      </w:pPr>
    </w:p>
    <w:p w14:paraId="339D5145" w14:textId="3B66254F" w:rsidR="00A45D25" w:rsidRPr="005E65A6" w:rsidRDefault="00000000">
      <w:pPr>
        <w:pStyle w:val="Heading1"/>
        <w:rPr>
          <w:rFonts w:ascii="Arial" w:hAnsi="Arial" w:cs="Arial"/>
          <w:sz w:val="22"/>
          <w:szCs w:val="22"/>
        </w:rPr>
      </w:pPr>
      <w:r w:rsidRPr="005E65A6">
        <w:rPr>
          <w:rFonts w:ascii="Arial" w:hAnsi="Arial" w:cs="Arial"/>
          <w:sz w:val="22"/>
          <w:szCs w:val="22"/>
        </w:rPr>
        <w:t xml:space="preserve">B. </w:t>
      </w:r>
      <w:r w:rsidR="00B629BA" w:rsidRPr="005E65A6">
        <w:rPr>
          <w:rFonts w:ascii="Arial" w:hAnsi="Arial" w:cs="Arial"/>
          <w:sz w:val="22"/>
          <w:szCs w:val="22"/>
        </w:rPr>
        <w:t>PRE-TEST ADMINISTRATIVE CHECKLIST</w:t>
      </w:r>
    </w:p>
    <w:p w14:paraId="354382C8" w14:textId="77777777" w:rsidR="00A45D25" w:rsidRPr="005E65A6" w:rsidRDefault="00000000">
      <w:pPr>
        <w:spacing w:after="120"/>
        <w:rPr>
          <w:sz w:val="22"/>
        </w:rPr>
      </w:pPr>
      <w:r w:rsidRPr="005E65A6">
        <w:rPr>
          <w:sz w:val="22"/>
        </w:rPr>
        <w:t>To be completed by the examiner before the oral and practical test begins.</w:t>
      </w:r>
    </w:p>
    <w:p w14:paraId="79FD0DC4" w14:textId="5767ED5E" w:rsidR="00A45D25" w:rsidRPr="005E65A6" w:rsidRDefault="005E65A6">
      <w:pPr>
        <w:spacing w:after="80"/>
        <w:rPr>
          <w:sz w:val="22"/>
        </w:rPr>
      </w:pPr>
      <w:r w:rsidRPr="005E65A6">
        <w:rPr>
          <w:rFonts w:ascii="Segoe UI Symbol" w:hAnsi="Segoe UI Symbol" w:cs="Segoe UI Symbol"/>
          <w:sz w:val="22"/>
        </w:rPr>
        <w:t>☐</w:t>
      </w:r>
      <w:r w:rsidRPr="005E65A6">
        <w:rPr>
          <w:sz w:val="22"/>
        </w:rPr>
        <w:t xml:space="preserve"> Applicant’s identity verified against acceptable photographic identification.</w:t>
      </w:r>
    </w:p>
    <w:p w14:paraId="7C06139B" w14:textId="13B551E6" w:rsidR="00A45D25" w:rsidRPr="005E65A6" w:rsidRDefault="005E65A6">
      <w:pPr>
        <w:spacing w:after="80"/>
        <w:rPr>
          <w:sz w:val="22"/>
        </w:rPr>
      </w:pPr>
      <w:r w:rsidRPr="005E65A6">
        <w:rPr>
          <w:rFonts w:ascii="Segoe UI Symbol" w:hAnsi="Segoe UI Symbol" w:cs="Segoe UI Symbol"/>
          <w:sz w:val="22"/>
        </w:rPr>
        <w:t>☐</w:t>
      </w:r>
      <w:r w:rsidRPr="005E65A6">
        <w:rPr>
          <w:sz w:val="22"/>
        </w:rPr>
        <w:t xml:space="preserve"> Application and supporting documents reviewed for completeness in CASP.</w:t>
      </w:r>
    </w:p>
    <w:p w14:paraId="102B27CF" w14:textId="6906E4E4" w:rsidR="00A45D25" w:rsidRPr="005E65A6" w:rsidRDefault="008D2985">
      <w:pPr>
        <w:spacing w:after="80"/>
        <w:rPr>
          <w:sz w:val="22"/>
        </w:rPr>
      </w:pPr>
      <w:r w:rsidRPr="005E65A6">
        <w:rPr>
          <w:rFonts w:ascii="Segoe UI Symbol" w:hAnsi="Segoe UI Symbol" w:cs="Segoe UI Symbol"/>
          <w:sz w:val="22"/>
        </w:rPr>
        <w:t>☐</w:t>
      </w:r>
      <w:r w:rsidRPr="005E65A6">
        <w:rPr>
          <w:sz w:val="22"/>
        </w:rPr>
        <w:t xml:space="preserve"> Applicant meets the applicable experience requirements of the </w:t>
      </w:r>
      <w:r w:rsidR="00B629BA" w:rsidRPr="005E65A6">
        <w:rPr>
          <w:sz w:val="22"/>
        </w:rPr>
        <w:t>Civil Aviation (Personnel Licensing) Regulations 2017 as amended</w:t>
      </w:r>
      <w:r w:rsidRPr="005E65A6">
        <w:rPr>
          <w:sz w:val="22"/>
        </w:rPr>
        <w:t xml:space="preserve"> for the licence/rating sought.</w:t>
      </w:r>
    </w:p>
    <w:p w14:paraId="62A2E579" w14:textId="7CCC58FA" w:rsidR="00A45D25" w:rsidRPr="005E65A6" w:rsidRDefault="005E65A6">
      <w:pPr>
        <w:spacing w:after="80"/>
        <w:rPr>
          <w:sz w:val="22"/>
        </w:rPr>
      </w:pPr>
      <w:r w:rsidRPr="005E65A6">
        <w:rPr>
          <w:rFonts w:ascii="Segoe UI Symbol" w:hAnsi="Segoe UI Symbol" w:cs="Segoe UI Symbol"/>
          <w:sz w:val="22"/>
        </w:rPr>
        <w:t>☐</w:t>
      </w:r>
      <w:r w:rsidRPr="005E65A6">
        <w:rPr>
          <w:sz w:val="22"/>
        </w:rPr>
        <w:t xml:space="preserve"> Applicant has been briefed on the areas of operation to be tested, the conduct of the test, and that task selections will not be disclosed in advance (other than core competency elements).</w:t>
      </w:r>
    </w:p>
    <w:p w14:paraId="1E4A326B" w14:textId="609D4E8E" w:rsidR="00A45D25" w:rsidRPr="005E65A6" w:rsidRDefault="005E65A6">
      <w:pPr>
        <w:spacing w:after="80"/>
        <w:rPr>
          <w:sz w:val="22"/>
        </w:rPr>
      </w:pPr>
      <w:r w:rsidRPr="005E65A6">
        <w:rPr>
          <w:rFonts w:ascii="Segoe UI Symbol" w:hAnsi="Segoe UI Symbol" w:cs="Segoe UI Symbol"/>
          <w:sz w:val="22"/>
        </w:rPr>
        <w:t>☐</w:t>
      </w:r>
      <w:r w:rsidRPr="005E65A6">
        <w:rPr>
          <w:sz w:val="22"/>
        </w:rPr>
        <w:t xml:space="preserve"> Applicant briefed on required personal protective equipment (PPE) and workshop/ramp safety requirements.</w:t>
      </w:r>
    </w:p>
    <w:p w14:paraId="1F7CF616" w14:textId="75598DE6" w:rsidR="00A45D25" w:rsidRPr="005E65A6" w:rsidRDefault="005E65A6">
      <w:pPr>
        <w:spacing w:after="80"/>
        <w:rPr>
          <w:sz w:val="22"/>
        </w:rPr>
      </w:pPr>
      <w:r w:rsidRPr="005E65A6">
        <w:rPr>
          <w:rFonts w:ascii="Segoe UI Symbol" w:hAnsi="Segoe UI Symbol" w:cs="Segoe UI Symbol"/>
          <w:sz w:val="22"/>
        </w:rPr>
        <w:t>☐</w:t>
      </w:r>
      <w:r w:rsidRPr="005E65A6">
        <w:rPr>
          <w:sz w:val="22"/>
        </w:rPr>
        <w:t xml:space="preserve"> Reference materials, tools, equipment, and test articles required for the assigned elements are available and serviceable.</w:t>
      </w:r>
    </w:p>
    <w:p w14:paraId="17F95AD9" w14:textId="77777777" w:rsidR="00A45D25" w:rsidRPr="005E65A6" w:rsidRDefault="00000000">
      <w:pPr>
        <w:rPr>
          <w:sz w:val="22"/>
        </w:rPr>
      </w:pPr>
      <w:r w:rsidRPr="005E65A6">
        <w:rPr>
          <w:sz w:val="22"/>
        </w:rPr>
        <w:br w:type="page"/>
      </w:r>
    </w:p>
    <w:p w14:paraId="541EFACB" w14:textId="19B954A5" w:rsidR="00A45D25" w:rsidRPr="005E65A6" w:rsidRDefault="00000000">
      <w:pPr>
        <w:pStyle w:val="Heading1"/>
        <w:rPr>
          <w:rFonts w:ascii="Arial" w:hAnsi="Arial" w:cs="Arial"/>
          <w:sz w:val="22"/>
          <w:szCs w:val="22"/>
        </w:rPr>
      </w:pPr>
      <w:r w:rsidRPr="005E65A6">
        <w:rPr>
          <w:rFonts w:ascii="Arial" w:hAnsi="Arial" w:cs="Arial"/>
          <w:sz w:val="22"/>
          <w:szCs w:val="22"/>
        </w:rPr>
        <w:lastRenderedPageBreak/>
        <w:t xml:space="preserve">C. </w:t>
      </w:r>
      <w:r w:rsidR="00B629BA" w:rsidRPr="005E65A6">
        <w:rPr>
          <w:rFonts w:ascii="Arial" w:hAnsi="Arial" w:cs="Arial"/>
          <w:sz w:val="22"/>
          <w:szCs w:val="22"/>
        </w:rPr>
        <w:t>ORAL AND PRACTICAL EXAMINATION RECORD</w:t>
      </w:r>
    </w:p>
    <w:p w14:paraId="43880DEB" w14:textId="6B80D5B8" w:rsidR="00A45D25" w:rsidRPr="005E65A6" w:rsidRDefault="00000000" w:rsidP="00B629BA">
      <w:pPr>
        <w:spacing w:after="160"/>
        <w:jc w:val="both"/>
        <w:rPr>
          <w:sz w:val="22"/>
        </w:rPr>
      </w:pPr>
      <w:r w:rsidRPr="005E65A6">
        <w:rPr>
          <w:sz w:val="22"/>
        </w:rPr>
        <w:t>For each Area of Operation assigned, record the Core Competency Element result (tested for every applicant) and the additional Element(s) selected by the examiner for this test. Mark each result S (</w:t>
      </w:r>
      <w:r w:rsidR="00B629BA" w:rsidRPr="005E65A6">
        <w:rPr>
          <w:sz w:val="22"/>
        </w:rPr>
        <w:t>Satisfactory</w:t>
      </w:r>
      <w:r w:rsidRPr="005E65A6">
        <w:rPr>
          <w:sz w:val="22"/>
        </w:rPr>
        <w:t xml:space="preserve">) or </w:t>
      </w:r>
      <w:r w:rsidR="00B629BA" w:rsidRPr="005E65A6">
        <w:rPr>
          <w:sz w:val="22"/>
        </w:rPr>
        <w:t>US</w:t>
      </w:r>
      <w:r w:rsidRPr="005E65A6">
        <w:rPr>
          <w:sz w:val="22"/>
        </w:rPr>
        <w:t>(Unsatisfactory). An Area of Operation is satisfactorily completed only when every element tested within it is satisfactory.</w:t>
      </w:r>
    </w:p>
    <w:p w14:paraId="558AD7D9" w14:textId="77777777" w:rsidR="00A45D25" w:rsidRPr="005E65A6" w:rsidRDefault="00000000">
      <w:pPr>
        <w:pStyle w:val="Heading2"/>
        <w:rPr>
          <w:rFonts w:ascii="Arial" w:hAnsi="Arial" w:cs="Arial"/>
          <w:sz w:val="22"/>
          <w:szCs w:val="22"/>
        </w:rPr>
      </w:pPr>
      <w:r w:rsidRPr="005E65A6">
        <w:rPr>
          <w:rFonts w:ascii="Arial" w:hAnsi="Arial" w:cs="Arial"/>
          <w:sz w:val="22"/>
          <w:szCs w:val="22"/>
        </w:rPr>
        <w:t>Section II — SKILL TEST STANDARD- GENERAL</w:t>
      </w:r>
    </w:p>
    <w:tbl>
      <w:tblPr>
        <w:tblStyle w:val="TableGrid"/>
        <w:tblW w:w="0" w:type="auto"/>
        <w:tblLook w:val="04A0" w:firstRow="1" w:lastRow="0" w:firstColumn="1" w:lastColumn="0" w:noHBand="0" w:noVBand="1"/>
      </w:tblPr>
      <w:tblGrid>
        <w:gridCol w:w="3245"/>
        <w:gridCol w:w="1537"/>
        <w:gridCol w:w="1853"/>
        <w:gridCol w:w="864"/>
        <w:gridCol w:w="889"/>
        <w:gridCol w:w="1207"/>
      </w:tblGrid>
      <w:tr w:rsidR="00B629BA" w:rsidRPr="005E65A6" w14:paraId="27744911" w14:textId="77777777" w:rsidTr="00B629BA">
        <w:tc>
          <w:tcPr>
            <w:tcW w:w="3312" w:type="dxa"/>
          </w:tcPr>
          <w:p w14:paraId="5EEBA579" w14:textId="1E09E370" w:rsidR="00B629BA" w:rsidRPr="005E65A6" w:rsidRDefault="00B629BA" w:rsidP="00B629BA">
            <w:pPr>
              <w:rPr>
                <w:sz w:val="22"/>
              </w:rPr>
            </w:pPr>
            <w:r w:rsidRPr="005E65A6">
              <w:rPr>
                <w:b/>
                <w:color w:val="000000" w:themeColor="text1"/>
                <w:sz w:val="22"/>
              </w:rPr>
              <w:t>Area of Operation</w:t>
            </w:r>
          </w:p>
        </w:tc>
        <w:tc>
          <w:tcPr>
            <w:tcW w:w="1357" w:type="dxa"/>
          </w:tcPr>
          <w:p w14:paraId="1137F172" w14:textId="7C66F6E8" w:rsidR="00B629BA" w:rsidRPr="005E65A6" w:rsidRDefault="00B629BA" w:rsidP="00B629BA">
            <w:pPr>
              <w:jc w:val="center"/>
              <w:rPr>
                <w:sz w:val="22"/>
              </w:rPr>
            </w:pPr>
            <w:r w:rsidRPr="005E65A6">
              <w:rPr>
                <w:b/>
                <w:color w:val="000000" w:themeColor="text1"/>
                <w:sz w:val="22"/>
              </w:rPr>
              <w:t>Core Competency</w:t>
            </w:r>
            <w:r w:rsidRPr="005E65A6">
              <w:rPr>
                <w:b/>
                <w:color w:val="000000" w:themeColor="text1"/>
                <w:sz w:val="22"/>
              </w:rPr>
              <w:br/>
              <w:t>Element(s)</w:t>
            </w:r>
          </w:p>
        </w:tc>
        <w:tc>
          <w:tcPr>
            <w:tcW w:w="1872" w:type="dxa"/>
          </w:tcPr>
          <w:p w14:paraId="2A3657C4" w14:textId="151B1D77" w:rsidR="00B629BA" w:rsidRPr="005E65A6" w:rsidRDefault="00B629BA" w:rsidP="00B629BA">
            <w:pPr>
              <w:jc w:val="center"/>
              <w:rPr>
                <w:sz w:val="22"/>
              </w:rPr>
            </w:pPr>
            <w:r w:rsidRPr="005E65A6">
              <w:rPr>
                <w:b/>
                <w:color w:val="000000" w:themeColor="text1"/>
                <w:sz w:val="22"/>
              </w:rPr>
              <w:t>Additional</w:t>
            </w:r>
            <w:r w:rsidRPr="005E65A6">
              <w:rPr>
                <w:b/>
                <w:color w:val="000000" w:themeColor="text1"/>
                <w:sz w:val="22"/>
              </w:rPr>
              <w:br/>
              <w:t>Element(s) Tested</w:t>
            </w:r>
          </w:p>
        </w:tc>
        <w:tc>
          <w:tcPr>
            <w:tcW w:w="864" w:type="dxa"/>
          </w:tcPr>
          <w:p w14:paraId="01D1BA45" w14:textId="4C462962" w:rsidR="00B629BA" w:rsidRPr="005E65A6" w:rsidRDefault="00B629BA" w:rsidP="00B629BA">
            <w:pPr>
              <w:jc w:val="center"/>
              <w:rPr>
                <w:sz w:val="22"/>
              </w:rPr>
            </w:pPr>
            <w:r w:rsidRPr="005E65A6">
              <w:rPr>
                <w:b/>
                <w:color w:val="000000" w:themeColor="text1"/>
                <w:sz w:val="22"/>
              </w:rPr>
              <w:t>Level</w:t>
            </w:r>
            <w:r w:rsidRPr="005E65A6">
              <w:rPr>
                <w:b/>
                <w:color w:val="000000" w:themeColor="text1"/>
                <w:sz w:val="22"/>
              </w:rPr>
              <w:br/>
              <w:t>(1/2/3)</w:t>
            </w:r>
          </w:p>
        </w:tc>
        <w:tc>
          <w:tcPr>
            <w:tcW w:w="864" w:type="dxa"/>
          </w:tcPr>
          <w:p w14:paraId="65E3A827" w14:textId="3AAE758F" w:rsidR="00B629BA" w:rsidRPr="005E65A6" w:rsidRDefault="00B629BA" w:rsidP="00B629BA">
            <w:pPr>
              <w:jc w:val="center"/>
              <w:rPr>
                <w:sz w:val="22"/>
              </w:rPr>
            </w:pPr>
            <w:r w:rsidRPr="005E65A6">
              <w:rPr>
                <w:b/>
                <w:color w:val="000000" w:themeColor="text1"/>
                <w:sz w:val="22"/>
              </w:rPr>
              <w:t>Result</w:t>
            </w:r>
            <w:r w:rsidRPr="005E65A6">
              <w:rPr>
                <w:b/>
                <w:color w:val="000000" w:themeColor="text1"/>
                <w:sz w:val="22"/>
              </w:rPr>
              <w:br/>
              <w:t>(S / U)</w:t>
            </w:r>
          </w:p>
        </w:tc>
        <w:tc>
          <w:tcPr>
            <w:tcW w:w="1072" w:type="dxa"/>
          </w:tcPr>
          <w:p w14:paraId="69B6DE1F" w14:textId="51E0CA70" w:rsidR="00B629BA" w:rsidRPr="005E65A6" w:rsidRDefault="00B629BA" w:rsidP="00B629BA">
            <w:pPr>
              <w:jc w:val="center"/>
              <w:rPr>
                <w:sz w:val="22"/>
              </w:rPr>
            </w:pPr>
            <w:r w:rsidRPr="005E65A6">
              <w:rPr>
                <w:b/>
                <w:color w:val="000000" w:themeColor="text1"/>
                <w:sz w:val="22"/>
              </w:rPr>
              <w:t>Examiner</w:t>
            </w:r>
            <w:r w:rsidRPr="005E65A6">
              <w:rPr>
                <w:b/>
                <w:color w:val="000000" w:themeColor="text1"/>
                <w:sz w:val="22"/>
              </w:rPr>
              <w:br/>
              <w:t>Initials</w:t>
            </w:r>
          </w:p>
        </w:tc>
      </w:tr>
      <w:tr w:rsidR="00A45D25" w:rsidRPr="005E65A6" w14:paraId="75F9F477" w14:textId="77777777" w:rsidTr="00B629BA">
        <w:tc>
          <w:tcPr>
            <w:tcW w:w="3312" w:type="dxa"/>
          </w:tcPr>
          <w:p w14:paraId="6F5599AE" w14:textId="77777777" w:rsidR="00A45D25" w:rsidRPr="005E65A6" w:rsidRDefault="00000000">
            <w:pPr>
              <w:rPr>
                <w:sz w:val="22"/>
              </w:rPr>
            </w:pPr>
            <w:r w:rsidRPr="005E65A6">
              <w:rPr>
                <w:sz w:val="22"/>
              </w:rPr>
              <w:t>A. Basic Electricity</w:t>
            </w:r>
          </w:p>
        </w:tc>
        <w:tc>
          <w:tcPr>
            <w:tcW w:w="1357" w:type="dxa"/>
          </w:tcPr>
          <w:p w14:paraId="41F5A724" w14:textId="77777777" w:rsidR="00A45D25" w:rsidRPr="005E65A6" w:rsidRDefault="00000000">
            <w:pPr>
              <w:jc w:val="center"/>
              <w:rPr>
                <w:sz w:val="22"/>
              </w:rPr>
            </w:pPr>
            <w:r w:rsidRPr="005E65A6">
              <w:rPr>
                <w:sz w:val="22"/>
              </w:rPr>
              <w:t>2</w:t>
            </w:r>
          </w:p>
        </w:tc>
        <w:tc>
          <w:tcPr>
            <w:tcW w:w="1872" w:type="dxa"/>
          </w:tcPr>
          <w:p w14:paraId="0819DE88" w14:textId="77777777" w:rsidR="00A45D25" w:rsidRPr="005E65A6" w:rsidRDefault="00A45D25">
            <w:pPr>
              <w:jc w:val="center"/>
              <w:rPr>
                <w:sz w:val="22"/>
              </w:rPr>
            </w:pPr>
          </w:p>
        </w:tc>
        <w:tc>
          <w:tcPr>
            <w:tcW w:w="864" w:type="dxa"/>
          </w:tcPr>
          <w:p w14:paraId="637AC1B3" w14:textId="77777777" w:rsidR="00A45D25" w:rsidRPr="005E65A6" w:rsidRDefault="00A45D25">
            <w:pPr>
              <w:jc w:val="center"/>
              <w:rPr>
                <w:sz w:val="22"/>
              </w:rPr>
            </w:pPr>
          </w:p>
        </w:tc>
        <w:tc>
          <w:tcPr>
            <w:tcW w:w="864" w:type="dxa"/>
          </w:tcPr>
          <w:p w14:paraId="7765D600" w14:textId="77777777" w:rsidR="00A45D25" w:rsidRPr="005E65A6" w:rsidRDefault="00A45D25">
            <w:pPr>
              <w:jc w:val="center"/>
              <w:rPr>
                <w:sz w:val="22"/>
              </w:rPr>
            </w:pPr>
          </w:p>
        </w:tc>
        <w:tc>
          <w:tcPr>
            <w:tcW w:w="1072" w:type="dxa"/>
          </w:tcPr>
          <w:p w14:paraId="18CFC65F" w14:textId="77777777" w:rsidR="00A45D25" w:rsidRPr="005E65A6" w:rsidRDefault="00A45D25">
            <w:pPr>
              <w:jc w:val="center"/>
              <w:rPr>
                <w:sz w:val="22"/>
              </w:rPr>
            </w:pPr>
          </w:p>
        </w:tc>
      </w:tr>
      <w:tr w:rsidR="00A45D25" w:rsidRPr="005E65A6" w14:paraId="2D9BA0E8" w14:textId="77777777" w:rsidTr="00B629BA">
        <w:tc>
          <w:tcPr>
            <w:tcW w:w="3312" w:type="dxa"/>
          </w:tcPr>
          <w:p w14:paraId="11245DCA" w14:textId="77777777" w:rsidR="00A45D25" w:rsidRPr="005E65A6" w:rsidRDefault="00000000">
            <w:pPr>
              <w:rPr>
                <w:sz w:val="22"/>
              </w:rPr>
            </w:pPr>
            <w:r w:rsidRPr="005E65A6">
              <w:rPr>
                <w:sz w:val="22"/>
              </w:rPr>
              <w:t>B. Aircraft Drawings</w:t>
            </w:r>
          </w:p>
        </w:tc>
        <w:tc>
          <w:tcPr>
            <w:tcW w:w="1357" w:type="dxa"/>
          </w:tcPr>
          <w:p w14:paraId="3B2EB8DE" w14:textId="77777777" w:rsidR="00A45D25" w:rsidRPr="005E65A6" w:rsidRDefault="00000000">
            <w:pPr>
              <w:jc w:val="center"/>
              <w:rPr>
                <w:sz w:val="22"/>
              </w:rPr>
            </w:pPr>
            <w:r w:rsidRPr="005E65A6">
              <w:rPr>
                <w:sz w:val="22"/>
              </w:rPr>
              <w:t>—</w:t>
            </w:r>
          </w:p>
        </w:tc>
        <w:tc>
          <w:tcPr>
            <w:tcW w:w="1872" w:type="dxa"/>
          </w:tcPr>
          <w:p w14:paraId="0A76F61E" w14:textId="77777777" w:rsidR="00A45D25" w:rsidRPr="005E65A6" w:rsidRDefault="00A45D25">
            <w:pPr>
              <w:jc w:val="center"/>
              <w:rPr>
                <w:sz w:val="22"/>
              </w:rPr>
            </w:pPr>
          </w:p>
        </w:tc>
        <w:tc>
          <w:tcPr>
            <w:tcW w:w="864" w:type="dxa"/>
          </w:tcPr>
          <w:p w14:paraId="10CC8BBB" w14:textId="77777777" w:rsidR="00A45D25" w:rsidRPr="005E65A6" w:rsidRDefault="00A45D25">
            <w:pPr>
              <w:jc w:val="center"/>
              <w:rPr>
                <w:sz w:val="22"/>
              </w:rPr>
            </w:pPr>
          </w:p>
        </w:tc>
        <w:tc>
          <w:tcPr>
            <w:tcW w:w="864" w:type="dxa"/>
          </w:tcPr>
          <w:p w14:paraId="12194C91" w14:textId="77777777" w:rsidR="00A45D25" w:rsidRPr="005E65A6" w:rsidRDefault="00A45D25">
            <w:pPr>
              <w:jc w:val="center"/>
              <w:rPr>
                <w:sz w:val="22"/>
              </w:rPr>
            </w:pPr>
          </w:p>
        </w:tc>
        <w:tc>
          <w:tcPr>
            <w:tcW w:w="1072" w:type="dxa"/>
          </w:tcPr>
          <w:p w14:paraId="6F9B2306" w14:textId="77777777" w:rsidR="00A45D25" w:rsidRPr="005E65A6" w:rsidRDefault="00A45D25">
            <w:pPr>
              <w:jc w:val="center"/>
              <w:rPr>
                <w:sz w:val="22"/>
              </w:rPr>
            </w:pPr>
          </w:p>
        </w:tc>
      </w:tr>
      <w:tr w:rsidR="00A45D25" w:rsidRPr="005E65A6" w14:paraId="3E4F9424" w14:textId="77777777" w:rsidTr="00B629BA">
        <w:tc>
          <w:tcPr>
            <w:tcW w:w="3312" w:type="dxa"/>
          </w:tcPr>
          <w:p w14:paraId="4678A458" w14:textId="30303256" w:rsidR="00A45D25" w:rsidRPr="005E65A6" w:rsidRDefault="00000000">
            <w:pPr>
              <w:rPr>
                <w:sz w:val="22"/>
              </w:rPr>
            </w:pPr>
            <w:r w:rsidRPr="005E65A6">
              <w:rPr>
                <w:sz w:val="22"/>
              </w:rPr>
              <w:t xml:space="preserve">C. Weight </w:t>
            </w:r>
            <w:r w:rsidR="005E65A6">
              <w:rPr>
                <w:sz w:val="22"/>
              </w:rPr>
              <w:t>a</w:t>
            </w:r>
            <w:r w:rsidRPr="005E65A6">
              <w:rPr>
                <w:sz w:val="22"/>
              </w:rPr>
              <w:t>nd Balance</w:t>
            </w:r>
          </w:p>
        </w:tc>
        <w:tc>
          <w:tcPr>
            <w:tcW w:w="1357" w:type="dxa"/>
          </w:tcPr>
          <w:p w14:paraId="1D45A96D" w14:textId="77777777" w:rsidR="00A45D25" w:rsidRPr="005E65A6" w:rsidRDefault="00000000">
            <w:pPr>
              <w:jc w:val="center"/>
              <w:rPr>
                <w:sz w:val="22"/>
              </w:rPr>
            </w:pPr>
            <w:r w:rsidRPr="005E65A6">
              <w:rPr>
                <w:sz w:val="22"/>
              </w:rPr>
              <w:t>2</w:t>
            </w:r>
          </w:p>
        </w:tc>
        <w:tc>
          <w:tcPr>
            <w:tcW w:w="1872" w:type="dxa"/>
          </w:tcPr>
          <w:p w14:paraId="14816BD4" w14:textId="77777777" w:rsidR="00A45D25" w:rsidRPr="005E65A6" w:rsidRDefault="00A45D25">
            <w:pPr>
              <w:jc w:val="center"/>
              <w:rPr>
                <w:sz w:val="22"/>
              </w:rPr>
            </w:pPr>
          </w:p>
        </w:tc>
        <w:tc>
          <w:tcPr>
            <w:tcW w:w="864" w:type="dxa"/>
          </w:tcPr>
          <w:p w14:paraId="44126474" w14:textId="77777777" w:rsidR="00A45D25" w:rsidRPr="005E65A6" w:rsidRDefault="00A45D25">
            <w:pPr>
              <w:jc w:val="center"/>
              <w:rPr>
                <w:sz w:val="22"/>
              </w:rPr>
            </w:pPr>
          </w:p>
        </w:tc>
        <w:tc>
          <w:tcPr>
            <w:tcW w:w="864" w:type="dxa"/>
          </w:tcPr>
          <w:p w14:paraId="10A49813" w14:textId="77777777" w:rsidR="00A45D25" w:rsidRPr="005E65A6" w:rsidRDefault="00A45D25">
            <w:pPr>
              <w:jc w:val="center"/>
              <w:rPr>
                <w:sz w:val="22"/>
              </w:rPr>
            </w:pPr>
          </w:p>
        </w:tc>
        <w:tc>
          <w:tcPr>
            <w:tcW w:w="1072" w:type="dxa"/>
          </w:tcPr>
          <w:p w14:paraId="156AD3E4" w14:textId="77777777" w:rsidR="00A45D25" w:rsidRPr="005E65A6" w:rsidRDefault="00A45D25">
            <w:pPr>
              <w:jc w:val="center"/>
              <w:rPr>
                <w:sz w:val="22"/>
              </w:rPr>
            </w:pPr>
          </w:p>
        </w:tc>
      </w:tr>
      <w:tr w:rsidR="00A45D25" w:rsidRPr="005E65A6" w14:paraId="33B8ED94" w14:textId="77777777" w:rsidTr="00B629BA">
        <w:tc>
          <w:tcPr>
            <w:tcW w:w="3312" w:type="dxa"/>
          </w:tcPr>
          <w:p w14:paraId="0DF2F968" w14:textId="7D4A4D08" w:rsidR="00A45D25" w:rsidRPr="005E65A6" w:rsidRDefault="00000000">
            <w:pPr>
              <w:rPr>
                <w:sz w:val="22"/>
              </w:rPr>
            </w:pPr>
            <w:r w:rsidRPr="005E65A6">
              <w:rPr>
                <w:sz w:val="22"/>
              </w:rPr>
              <w:t xml:space="preserve">D. Fluid Lines </w:t>
            </w:r>
            <w:r w:rsidR="005E65A6">
              <w:rPr>
                <w:sz w:val="22"/>
              </w:rPr>
              <w:t>a</w:t>
            </w:r>
            <w:r w:rsidRPr="005E65A6">
              <w:rPr>
                <w:sz w:val="22"/>
              </w:rPr>
              <w:t>nd Fittings</w:t>
            </w:r>
          </w:p>
        </w:tc>
        <w:tc>
          <w:tcPr>
            <w:tcW w:w="1357" w:type="dxa"/>
          </w:tcPr>
          <w:p w14:paraId="3D56B378" w14:textId="77777777" w:rsidR="00A45D25" w:rsidRPr="005E65A6" w:rsidRDefault="00000000">
            <w:pPr>
              <w:jc w:val="center"/>
              <w:rPr>
                <w:sz w:val="22"/>
              </w:rPr>
            </w:pPr>
            <w:r w:rsidRPr="005E65A6">
              <w:rPr>
                <w:sz w:val="22"/>
              </w:rPr>
              <w:t>2</w:t>
            </w:r>
          </w:p>
        </w:tc>
        <w:tc>
          <w:tcPr>
            <w:tcW w:w="1872" w:type="dxa"/>
          </w:tcPr>
          <w:p w14:paraId="422FCE46" w14:textId="77777777" w:rsidR="00A45D25" w:rsidRPr="005E65A6" w:rsidRDefault="00A45D25">
            <w:pPr>
              <w:jc w:val="center"/>
              <w:rPr>
                <w:sz w:val="22"/>
              </w:rPr>
            </w:pPr>
          </w:p>
        </w:tc>
        <w:tc>
          <w:tcPr>
            <w:tcW w:w="864" w:type="dxa"/>
          </w:tcPr>
          <w:p w14:paraId="3F091870" w14:textId="77777777" w:rsidR="00A45D25" w:rsidRPr="005E65A6" w:rsidRDefault="00A45D25">
            <w:pPr>
              <w:jc w:val="center"/>
              <w:rPr>
                <w:sz w:val="22"/>
              </w:rPr>
            </w:pPr>
          </w:p>
        </w:tc>
        <w:tc>
          <w:tcPr>
            <w:tcW w:w="864" w:type="dxa"/>
          </w:tcPr>
          <w:p w14:paraId="5AFB65B1" w14:textId="77777777" w:rsidR="00A45D25" w:rsidRPr="005E65A6" w:rsidRDefault="00A45D25">
            <w:pPr>
              <w:jc w:val="center"/>
              <w:rPr>
                <w:sz w:val="22"/>
              </w:rPr>
            </w:pPr>
          </w:p>
        </w:tc>
        <w:tc>
          <w:tcPr>
            <w:tcW w:w="1072" w:type="dxa"/>
          </w:tcPr>
          <w:p w14:paraId="79790B71" w14:textId="77777777" w:rsidR="00A45D25" w:rsidRPr="005E65A6" w:rsidRDefault="00A45D25">
            <w:pPr>
              <w:jc w:val="center"/>
              <w:rPr>
                <w:sz w:val="22"/>
              </w:rPr>
            </w:pPr>
          </w:p>
        </w:tc>
      </w:tr>
      <w:tr w:rsidR="00A45D25" w:rsidRPr="005E65A6" w14:paraId="05BE33BE" w14:textId="77777777" w:rsidTr="00B629BA">
        <w:tc>
          <w:tcPr>
            <w:tcW w:w="3312" w:type="dxa"/>
          </w:tcPr>
          <w:p w14:paraId="587F2699" w14:textId="376E2655" w:rsidR="00A45D25" w:rsidRPr="005E65A6" w:rsidRDefault="00000000">
            <w:pPr>
              <w:rPr>
                <w:sz w:val="22"/>
              </w:rPr>
            </w:pPr>
            <w:r w:rsidRPr="005E65A6">
              <w:rPr>
                <w:sz w:val="22"/>
              </w:rPr>
              <w:t xml:space="preserve">E. Materials </w:t>
            </w:r>
            <w:r w:rsidR="005E65A6">
              <w:rPr>
                <w:sz w:val="22"/>
              </w:rPr>
              <w:t>a</w:t>
            </w:r>
            <w:r w:rsidRPr="005E65A6">
              <w:rPr>
                <w:sz w:val="22"/>
              </w:rPr>
              <w:t>nd Processes</w:t>
            </w:r>
          </w:p>
        </w:tc>
        <w:tc>
          <w:tcPr>
            <w:tcW w:w="1357" w:type="dxa"/>
          </w:tcPr>
          <w:p w14:paraId="20F8A1A3" w14:textId="77777777" w:rsidR="00A45D25" w:rsidRPr="005E65A6" w:rsidRDefault="00000000">
            <w:pPr>
              <w:jc w:val="center"/>
              <w:rPr>
                <w:sz w:val="22"/>
              </w:rPr>
            </w:pPr>
            <w:r w:rsidRPr="005E65A6">
              <w:rPr>
                <w:sz w:val="22"/>
              </w:rPr>
              <w:t>2</w:t>
            </w:r>
          </w:p>
        </w:tc>
        <w:tc>
          <w:tcPr>
            <w:tcW w:w="1872" w:type="dxa"/>
          </w:tcPr>
          <w:p w14:paraId="7D5DACD3" w14:textId="77777777" w:rsidR="00A45D25" w:rsidRPr="005E65A6" w:rsidRDefault="00A45D25">
            <w:pPr>
              <w:jc w:val="center"/>
              <w:rPr>
                <w:sz w:val="22"/>
              </w:rPr>
            </w:pPr>
          </w:p>
        </w:tc>
        <w:tc>
          <w:tcPr>
            <w:tcW w:w="864" w:type="dxa"/>
          </w:tcPr>
          <w:p w14:paraId="0DBC06DA" w14:textId="77777777" w:rsidR="00A45D25" w:rsidRPr="005E65A6" w:rsidRDefault="00A45D25">
            <w:pPr>
              <w:jc w:val="center"/>
              <w:rPr>
                <w:sz w:val="22"/>
              </w:rPr>
            </w:pPr>
          </w:p>
        </w:tc>
        <w:tc>
          <w:tcPr>
            <w:tcW w:w="864" w:type="dxa"/>
          </w:tcPr>
          <w:p w14:paraId="015F97C4" w14:textId="77777777" w:rsidR="00A45D25" w:rsidRPr="005E65A6" w:rsidRDefault="00A45D25">
            <w:pPr>
              <w:jc w:val="center"/>
              <w:rPr>
                <w:sz w:val="22"/>
              </w:rPr>
            </w:pPr>
          </w:p>
        </w:tc>
        <w:tc>
          <w:tcPr>
            <w:tcW w:w="1072" w:type="dxa"/>
          </w:tcPr>
          <w:p w14:paraId="4B4DE104" w14:textId="77777777" w:rsidR="00A45D25" w:rsidRPr="005E65A6" w:rsidRDefault="00A45D25">
            <w:pPr>
              <w:jc w:val="center"/>
              <w:rPr>
                <w:sz w:val="22"/>
              </w:rPr>
            </w:pPr>
          </w:p>
        </w:tc>
      </w:tr>
      <w:tr w:rsidR="00A45D25" w:rsidRPr="005E65A6" w14:paraId="382932A7" w14:textId="77777777" w:rsidTr="00B629BA">
        <w:tc>
          <w:tcPr>
            <w:tcW w:w="3312" w:type="dxa"/>
          </w:tcPr>
          <w:p w14:paraId="6CD3C46E" w14:textId="6F0B71FE" w:rsidR="00A45D25" w:rsidRPr="005E65A6" w:rsidRDefault="00000000">
            <w:pPr>
              <w:rPr>
                <w:sz w:val="22"/>
              </w:rPr>
            </w:pPr>
            <w:r w:rsidRPr="005E65A6">
              <w:rPr>
                <w:sz w:val="22"/>
              </w:rPr>
              <w:t xml:space="preserve">F. Ground Operation </w:t>
            </w:r>
            <w:r w:rsidR="005E65A6">
              <w:rPr>
                <w:sz w:val="22"/>
              </w:rPr>
              <w:t>a</w:t>
            </w:r>
            <w:r w:rsidRPr="005E65A6">
              <w:rPr>
                <w:sz w:val="22"/>
              </w:rPr>
              <w:t>nd Servicing</w:t>
            </w:r>
          </w:p>
        </w:tc>
        <w:tc>
          <w:tcPr>
            <w:tcW w:w="1357" w:type="dxa"/>
          </w:tcPr>
          <w:p w14:paraId="1323A9F2" w14:textId="77777777" w:rsidR="00A45D25" w:rsidRPr="005E65A6" w:rsidRDefault="00000000">
            <w:pPr>
              <w:jc w:val="center"/>
              <w:rPr>
                <w:sz w:val="22"/>
              </w:rPr>
            </w:pPr>
            <w:r w:rsidRPr="005E65A6">
              <w:rPr>
                <w:sz w:val="22"/>
              </w:rPr>
              <w:t>—</w:t>
            </w:r>
          </w:p>
        </w:tc>
        <w:tc>
          <w:tcPr>
            <w:tcW w:w="1872" w:type="dxa"/>
          </w:tcPr>
          <w:p w14:paraId="5A3B77AA" w14:textId="77777777" w:rsidR="00A45D25" w:rsidRPr="005E65A6" w:rsidRDefault="00A45D25">
            <w:pPr>
              <w:jc w:val="center"/>
              <w:rPr>
                <w:sz w:val="22"/>
              </w:rPr>
            </w:pPr>
          </w:p>
        </w:tc>
        <w:tc>
          <w:tcPr>
            <w:tcW w:w="864" w:type="dxa"/>
          </w:tcPr>
          <w:p w14:paraId="366A8AED" w14:textId="77777777" w:rsidR="00A45D25" w:rsidRPr="005E65A6" w:rsidRDefault="00A45D25">
            <w:pPr>
              <w:jc w:val="center"/>
              <w:rPr>
                <w:sz w:val="22"/>
              </w:rPr>
            </w:pPr>
          </w:p>
        </w:tc>
        <w:tc>
          <w:tcPr>
            <w:tcW w:w="864" w:type="dxa"/>
          </w:tcPr>
          <w:p w14:paraId="30607B98" w14:textId="77777777" w:rsidR="00A45D25" w:rsidRPr="005E65A6" w:rsidRDefault="00A45D25">
            <w:pPr>
              <w:jc w:val="center"/>
              <w:rPr>
                <w:sz w:val="22"/>
              </w:rPr>
            </w:pPr>
          </w:p>
        </w:tc>
        <w:tc>
          <w:tcPr>
            <w:tcW w:w="1072" w:type="dxa"/>
          </w:tcPr>
          <w:p w14:paraId="0072335D" w14:textId="77777777" w:rsidR="00A45D25" w:rsidRPr="005E65A6" w:rsidRDefault="00A45D25">
            <w:pPr>
              <w:jc w:val="center"/>
              <w:rPr>
                <w:sz w:val="22"/>
              </w:rPr>
            </w:pPr>
          </w:p>
        </w:tc>
      </w:tr>
      <w:tr w:rsidR="00A45D25" w:rsidRPr="005E65A6" w14:paraId="21D4F621" w14:textId="77777777" w:rsidTr="00B629BA">
        <w:tc>
          <w:tcPr>
            <w:tcW w:w="3312" w:type="dxa"/>
          </w:tcPr>
          <w:p w14:paraId="1F890F88" w14:textId="7D923B3F" w:rsidR="00A45D25" w:rsidRPr="005E65A6" w:rsidRDefault="00000000">
            <w:pPr>
              <w:rPr>
                <w:sz w:val="22"/>
              </w:rPr>
            </w:pPr>
            <w:r w:rsidRPr="005E65A6">
              <w:rPr>
                <w:sz w:val="22"/>
              </w:rPr>
              <w:t xml:space="preserve">G. Cleaning </w:t>
            </w:r>
            <w:r w:rsidR="005E65A6">
              <w:rPr>
                <w:sz w:val="22"/>
              </w:rPr>
              <w:t>a</w:t>
            </w:r>
            <w:r w:rsidRPr="005E65A6">
              <w:rPr>
                <w:sz w:val="22"/>
              </w:rPr>
              <w:t>nd Corrosion Control</w:t>
            </w:r>
          </w:p>
        </w:tc>
        <w:tc>
          <w:tcPr>
            <w:tcW w:w="1357" w:type="dxa"/>
          </w:tcPr>
          <w:p w14:paraId="682591B2" w14:textId="77777777" w:rsidR="00A45D25" w:rsidRPr="005E65A6" w:rsidRDefault="00000000">
            <w:pPr>
              <w:jc w:val="center"/>
              <w:rPr>
                <w:sz w:val="22"/>
              </w:rPr>
            </w:pPr>
            <w:r w:rsidRPr="005E65A6">
              <w:rPr>
                <w:sz w:val="22"/>
              </w:rPr>
              <w:t>2</w:t>
            </w:r>
          </w:p>
        </w:tc>
        <w:tc>
          <w:tcPr>
            <w:tcW w:w="1872" w:type="dxa"/>
          </w:tcPr>
          <w:p w14:paraId="045349D6" w14:textId="77777777" w:rsidR="00A45D25" w:rsidRPr="005E65A6" w:rsidRDefault="00A45D25">
            <w:pPr>
              <w:jc w:val="center"/>
              <w:rPr>
                <w:sz w:val="22"/>
              </w:rPr>
            </w:pPr>
          </w:p>
        </w:tc>
        <w:tc>
          <w:tcPr>
            <w:tcW w:w="864" w:type="dxa"/>
          </w:tcPr>
          <w:p w14:paraId="0A444700" w14:textId="77777777" w:rsidR="00A45D25" w:rsidRPr="005E65A6" w:rsidRDefault="00A45D25">
            <w:pPr>
              <w:jc w:val="center"/>
              <w:rPr>
                <w:sz w:val="22"/>
              </w:rPr>
            </w:pPr>
          </w:p>
        </w:tc>
        <w:tc>
          <w:tcPr>
            <w:tcW w:w="864" w:type="dxa"/>
          </w:tcPr>
          <w:p w14:paraId="78647D93" w14:textId="77777777" w:rsidR="00A45D25" w:rsidRPr="005E65A6" w:rsidRDefault="00A45D25">
            <w:pPr>
              <w:jc w:val="center"/>
              <w:rPr>
                <w:sz w:val="22"/>
              </w:rPr>
            </w:pPr>
          </w:p>
        </w:tc>
        <w:tc>
          <w:tcPr>
            <w:tcW w:w="1072" w:type="dxa"/>
          </w:tcPr>
          <w:p w14:paraId="4232618B" w14:textId="77777777" w:rsidR="00A45D25" w:rsidRPr="005E65A6" w:rsidRDefault="00A45D25">
            <w:pPr>
              <w:jc w:val="center"/>
              <w:rPr>
                <w:sz w:val="22"/>
              </w:rPr>
            </w:pPr>
          </w:p>
        </w:tc>
      </w:tr>
      <w:tr w:rsidR="00A45D25" w:rsidRPr="005E65A6" w14:paraId="735C78A2" w14:textId="77777777" w:rsidTr="00B629BA">
        <w:tc>
          <w:tcPr>
            <w:tcW w:w="3312" w:type="dxa"/>
          </w:tcPr>
          <w:p w14:paraId="01F3014C" w14:textId="77777777" w:rsidR="00A45D25" w:rsidRPr="005E65A6" w:rsidRDefault="00000000">
            <w:pPr>
              <w:rPr>
                <w:sz w:val="22"/>
              </w:rPr>
            </w:pPr>
            <w:r w:rsidRPr="005E65A6">
              <w:rPr>
                <w:sz w:val="22"/>
              </w:rPr>
              <w:t>H. Mathematics</w:t>
            </w:r>
          </w:p>
        </w:tc>
        <w:tc>
          <w:tcPr>
            <w:tcW w:w="1357" w:type="dxa"/>
          </w:tcPr>
          <w:p w14:paraId="628561A7" w14:textId="77777777" w:rsidR="00A45D25" w:rsidRPr="005E65A6" w:rsidRDefault="00000000">
            <w:pPr>
              <w:jc w:val="center"/>
              <w:rPr>
                <w:sz w:val="22"/>
              </w:rPr>
            </w:pPr>
            <w:r w:rsidRPr="005E65A6">
              <w:rPr>
                <w:sz w:val="22"/>
              </w:rPr>
              <w:t>—</w:t>
            </w:r>
          </w:p>
        </w:tc>
        <w:tc>
          <w:tcPr>
            <w:tcW w:w="1872" w:type="dxa"/>
          </w:tcPr>
          <w:p w14:paraId="3200217B" w14:textId="77777777" w:rsidR="00A45D25" w:rsidRPr="005E65A6" w:rsidRDefault="00A45D25">
            <w:pPr>
              <w:jc w:val="center"/>
              <w:rPr>
                <w:sz w:val="22"/>
              </w:rPr>
            </w:pPr>
          </w:p>
        </w:tc>
        <w:tc>
          <w:tcPr>
            <w:tcW w:w="864" w:type="dxa"/>
          </w:tcPr>
          <w:p w14:paraId="4A11460C" w14:textId="77777777" w:rsidR="00A45D25" w:rsidRPr="005E65A6" w:rsidRDefault="00A45D25">
            <w:pPr>
              <w:jc w:val="center"/>
              <w:rPr>
                <w:sz w:val="22"/>
              </w:rPr>
            </w:pPr>
          </w:p>
        </w:tc>
        <w:tc>
          <w:tcPr>
            <w:tcW w:w="864" w:type="dxa"/>
          </w:tcPr>
          <w:p w14:paraId="13B91673" w14:textId="77777777" w:rsidR="00A45D25" w:rsidRPr="005E65A6" w:rsidRDefault="00A45D25">
            <w:pPr>
              <w:jc w:val="center"/>
              <w:rPr>
                <w:sz w:val="22"/>
              </w:rPr>
            </w:pPr>
          </w:p>
        </w:tc>
        <w:tc>
          <w:tcPr>
            <w:tcW w:w="1072" w:type="dxa"/>
          </w:tcPr>
          <w:p w14:paraId="3E9EF652" w14:textId="77777777" w:rsidR="00A45D25" w:rsidRPr="005E65A6" w:rsidRDefault="00A45D25">
            <w:pPr>
              <w:jc w:val="center"/>
              <w:rPr>
                <w:sz w:val="22"/>
              </w:rPr>
            </w:pPr>
          </w:p>
        </w:tc>
      </w:tr>
      <w:tr w:rsidR="00A45D25" w:rsidRPr="005E65A6" w14:paraId="577AF5A7" w14:textId="77777777" w:rsidTr="00B629BA">
        <w:tc>
          <w:tcPr>
            <w:tcW w:w="3312" w:type="dxa"/>
          </w:tcPr>
          <w:p w14:paraId="3D8CDEAE" w14:textId="57BBD6EE" w:rsidR="00A45D25" w:rsidRPr="005E65A6" w:rsidRDefault="00000000">
            <w:pPr>
              <w:rPr>
                <w:sz w:val="22"/>
              </w:rPr>
            </w:pPr>
            <w:r w:rsidRPr="005E65A6">
              <w:rPr>
                <w:sz w:val="22"/>
              </w:rPr>
              <w:t xml:space="preserve">I. Maintenance Forms </w:t>
            </w:r>
            <w:r w:rsidR="005E65A6">
              <w:rPr>
                <w:sz w:val="22"/>
              </w:rPr>
              <w:t>a</w:t>
            </w:r>
            <w:r w:rsidRPr="005E65A6">
              <w:rPr>
                <w:sz w:val="22"/>
              </w:rPr>
              <w:t>nd Records</w:t>
            </w:r>
          </w:p>
        </w:tc>
        <w:tc>
          <w:tcPr>
            <w:tcW w:w="1357" w:type="dxa"/>
          </w:tcPr>
          <w:p w14:paraId="60478E8D" w14:textId="77777777" w:rsidR="00A45D25" w:rsidRPr="005E65A6" w:rsidRDefault="00000000">
            <w:pPr>
              <w:jc w:val="center"/>
              <w:rPr>
                <w:sz w:val="22"/>
              </w:rPr>
            </w:pPr>
            <w:r w:rsidRPr="005E65A6">
              <w:rPr>
                <w:sz w:val="22"/>
              </w:rPr>
              <w:t>2</w:t>
            </w:r>
          </w:p>
        </w:tc>
        <w:tc>
          <w:tcPr>
            <w:tcW w:w="1872" w:type="dxa"/>
          </w:tcPr>
          <w:p w14:paraId="3434B328" w14:textId="77777777" w:rsidR="00A45D25" w:rsidRPr="005E65A6" w:rsidRDefault="00A45D25">
            <w:pPr>
              <w:jc w:val="center"/>
              <w:rPr>
                <w:sz w:val="22"/>
              </w:rPr>
            </w:pPr>
          </w:p>
        </w:tc>
        <w:tc>
          <w:tcPr>
            <w:tcW w:w="864" w:type="dxa"/>
          </w:tcPr>
          <w:p w14:paraId="64C9C9A4" w14:textId="77777777" w:rsidR="00A45D25" w:rsidRPr="005E65A6" w:rsidRDefault="00A45D25">
            <w:pPr>
              <w:jc w:val="center"/>
              <w:rPr>
                <w:sz w:val="22"/>
              </w:rPr>
            </w:pPr>
          </w:p>
        </w:tc>
        <w:tc>
          <w:tcPr>
            <w:tcW w:w="864" w:type="dxa"/>
          </w:tcPr>
          <w:p w14:paraId="2C4976B1" w14:textId="77777777" w:rsidR="00A45D25" w:rsidRPr="005E65A6" w:rsidRDefault="00A45D25">
            <w:pPr>
              <w:jc w:val="center"/>
              <w:rPr>
                <w:sz w:val="22"/>
              </w:rPr>
            </w:pPr>
          </w:p>
        </w:tc>
        <w:tc>
          <w:tcPr>
            <w:tcW w:w="1072" w:type="dxa"/>
          </w:tcPr>
          <w:p w14:paraId="195B1D2D" w14:textId="77777777" w:rsidR="00A45D25" w:rsidRPr="005E65A6" w:rsidRDefault="00A45D25">
            <w:pPr>
              <w:jc w:val="center"/>
              <w:rPr>
                <w:sz w:val="22"/>
              </w:rPr>
            </w:pPr>
          </w:p>
        </w:tc>
      </w:tr>
      <w:tr w:rsidR="00A45D25" w:rsidRPr="005E65A6" w14:paraId="73B44204" w14:textId="77777777" w:rsidTr="00B629BA">
        <w:tc>
          <w:tcPr>
            <w:tcW w:w="3312" w:type="dxa"/>
          </w:tcPr>
          <w:p w14:paraId="232EEB40" w14:textId="77777777" w:rsidR="00A45D25" w:rsidRPr="005E65A6" w:rsidRDefault="00000000">
            <w:pPr>
              <w:rPr>
                <w:sz w:val="22"/>
              </w:rPr>
            </w:pPr>
            <w:r w:rsidRPr="005E65A6">
              <w:rPr>
                <w:sz w:val="22"/>
              </w:rPr>
              <w:t>J. Basic Physics</w:t>
            </w:r>
          </w:p>
        </w:tc>
        <w:tc>
          <w:tcPr>
            <w:tcW w:w="1357" w:type="dxa"/>
          </w:tcPr>
          <w:p w14:paraId="5A03B916" w14:textId="77777777" w:rsidR="00A45D25" w:rsidRPr="005E65A6" w:rsidRDefault="00000000">
            <w:pPr>
              <w:jc w:val="center"/>
              <w:rPr>
                <w:sz w:val="22"/>
              </w:rPr>
            </w:pPr>
            <w:r w:rsidRPr="005E65A6">
              <w:rPr>
                <w:sz w:val="22"/>
              </w:rPr>
              <w:t>—</w:t>
            </w:r>
          </w:p>
        </w:tc>
        <w:tc>
          <w:tcPr>
            <w:tcW w:w="1872" w:type="dxa"/>
          </w:tcPr>
          <w:p w14:paraId="5BE05BBB" w14:textId="77777777" w:rsidR="00A45D25" w:rsidRPr="005E65A6" w:rsidRDefault="00A45D25">
            <w:pPr>
              <w:jc w:val="center"/>
              <w:rPr>
                <w:sz w:val="22"/>
              </w:rPr>
            </w:pPr>
          </w:p>
        </w:tc>
        <w:tc>
          <w:tcPr>
            <w:tcW w:w="864" w:type="dxa"/>
          </w:tcPr>
          <w:p w14:paraId="492BED80" w14:textId="77777777" w:rsidR="00A45D25" w:rsidRPr="005E65A6" w:rsidRDefault="00A45D25">
            <w:pPr>
              <w:jc w:val="center"/>
              <w:rPr>
                <w:sz w:val="22"/>
              </w:rPr>
            </w:pPr>
          </w:p>
        </w:tc>
        <w:tc>
          <w:tcPr>
            <w:tcW w:w="864" w:type="dxa"/>
          </w:tcPr>
          <w:p w14:paraId="354315CD" w14:textId="77777777" w:rsidR="00A45D25" w:rsidRPr="005E65A6" w:rsidRDefault="00A45D25">
            <w:pPr>
              <w:jc w:val="center"/>
              <w:rPr>
                <w:sz w:val="22"/>
              </w:rPr>
            </w:pPr>
          </w:p>
        </w:tc>
        <w:tc>
          <w:tcPr>
            <w:tcW w:w="1072" w:type="dxa"/>
          </w:tcPr>
          <w:p w14:paraId="69A82C31" w14:textId="77777777" w:rsidR="00A45D25" w:rsidRPr="005E65A6" w:rsidRDefault="00A45D25">
            <w:pPr>
              <w:jc w:val="center"/>
              <w:rPr>
                <w:sz w:val="22"/>
              </w:rPr>
            </w:pPr>
          </w:p>
        </w:tc>
      </w:tr>
      <w:tr w:rsidR="00A45D25" w:rsidRPr="005E65A6" w14:paraId="5941C8C1" w14:textId="77777777" w:rsidTr="00B629BA">
        <w:tc>
          <w:tcPr>
            <w:tcW w:w="3312" w:type="dxa"/>
          </w:tcPr>
          <w:p w14:paraId="65559B12" w14:textId="77777777" w:rsidR="00A45D25" w:rsidRPr="005E65A6" w:rsidRDefault="00000000">
            <w:pPr>
              <w:rPr>
                <w:sz w:val="22"/>
              </w:rPr>
            </w:pPr>
            <w:r w:rsidRPr="005E65A6">
              <w:rPr>
                <w:sz w:val="22"/>
              </w:rPr>
              <w:t>K. Maintenance Publications</w:t>
            </w:r>
          </w:p>
        </w:tc>
        <w:tc>
          <w:tcPr>
            <w:tcW w:w="1357" w:type="dxa"/>
          </w:tcPr>
          <w:p w14:paraId="202AF90D" w14:textId="77777777" w:rsidR="00A45D25" w:rsidRPr="005E65A6" w:rsidRDefault="00000000">
            <w:pPr>
              <w:jc w:val="center"/>
              <w:rPr>
                <w:sz w:val="22"/>
              </w:rPr>
            </w:pPr>
            <w:r w:rsidRPr="005E65A6">
              <w:rPr>
                <w:sz w:val="22"/>
              </w:rPr>
              <w:t>2</w:t>
            </w:r>
          </w:p>
        </w:tc>
        <w:tc>
          <w:tcPr>
            <w:tcW w:w="1872" w:type="dxa"/>
          </w:tcPr>
          <w:p w14:paraId="2BA136B3" w14:textId="77777777" w:rsidR="00A45D25" w:rsidRPr="005E65A6" w:rsidRDefault="00A45D25">
            <w:pPr>
              <w:jc w:val="center"/>
              <w:rPr>
                <w:sz w:val="22"/>
              </w:rPr>
            </w:pPr>
          </w:p>
        </w:tc>
        <w:tc>
          <w:tcPr>
            <w:tcW w:w="864" w:type="dxa"/>
          </w:tcPr>
          <w:p w14:paraId="62BC35BC" w14:textId="77777777" w:rsidR="00A45D25" w:rsidRPr="005E65A6" w:rsidRDefault="00A45D25">
            <w:pPr>
              <w:jc w:val="center"/>
              <w:rPr>
                <w:sz w:val="22"/>
              </w:rPr>
            </w:pPr>
          </w:p>
        </w:tc>
        <w:tc>
          <w:tcPr>
            <w:tcW w:w="864" w:type="dxa"/>
          </w:tcPr>
          <w:p w14:paraId="69665CCA" w14:textId="77777777" w:rsidR="00A45D25" w:rsidRPr="005E65A6" w:rsidRDefault="00A45D25">
            <w:pPr>
              <w:jc w:val="center"/>
              <w:rPr>
                <w:sz w:val="22"/>
              </w:rPr>
            </w:pPr>
          </w:p>
        </w:tc>
        <w:tc>
          <w:tcPr>
            <w:tcW w:w="1072" w:type="dxa"/>
          </w:tcPr>
          <w:p w14:paraId="17029604" w14:textId="77777777" w:rsidR="00A45D25" w:rsidRPr="005E65A6" w:rsidRDefault="00A45D25">
            <w:pPr>
              <w:jc w:val="center"/>
              <w:rPr>
                <w:sz w:val="22"/>
              </w:rPr>
            </w:pPr>
          </w:p>
        </w:tc>
      </w:tr>
      <w:tr w:rsidR="00A45D25" w:rsidRPr="005E65A6" w14:paraId="0E2EAE2A" w14:textId="77777777" w:rsidTr="00B629BA">
        <w:tc>
          <w:tcPr>
            <w:tcW w:w="3312" w:type="dxa"/>
          </w:tcPr>
          <w:p w14:paraId="4BBF81E2" w14:textId="6861DA4C" w:rsidR="00A45D25" w:rsidRPr="005E65A6" w:rsidRDefault="00000000">
            <w:pPr>
              <w:rPr>
                <w:sz w:val="22"/>
              </w:rPr>
            </w:pPr>
            <w:r w:rsidRPr="005E65A6">
              <w:rPr>
                <w:sz w:val="22"/>
              </w:rPr>
              <w:t xml:space="preserve">L. Aviation Mechanic Privileges </w:t>
            </w:r>
            <w:r w:rsidR="005E65A6">
              <w:rPr>
                <w:sz w:val="22"/>
              </w:rPr>
              <w:t>a</w:t>
            </w:r>
            <w:r w:rsidRPr="005E65A6">
              <w:rPr>
                <w:sz w:val="22"/>
              </w:rPr>
              <w:t>nd Limitations</w:t>
            </w:r>
          </w:p>
        </w:tc>
        <w:tc>
          <w:tcPr>
            <w:tcW w:w="1357" w:type="dxa"/>
          </w:tcPr>
          <w:p w14:paraId="0CE698EA" w14:textId="77777777" w:rsidR="00A45D25" w:rsidRPr="005E65A6" w:rsidRDefault="00000000">
            <w:pPr>
              <w:jc w:val="center"/>
              <w:rPr>
                <w:sz w:val="22"/>
              </w:rPr>
            </w:pPr>
            <w:r w:rsidRPr="005E65A6">
              <w:rPr>
                <w:sz w:val="22"/>
              </w:rPr>
              <w:t>—</w:t>
            </w:r>
          </w:p>
        </w:tc>
        <w:tc>
          <w:tcPr>
            <w:tcW w:w="1872" w:type="dxa"/>
          </w:tcPr>
          <w:p w14:paraId="05850C5F" w14:textId="77777777" w:rsidR="00A45D25" w:rsidRPr="005E65A6" w:rsidRDefault="00A45D25">
            <w:pPr>
              <w:jc w:val="center"/>
              <w:rPr>
                <w:sz w:val="22"/>
              </w:rPr>
            </w:pPr>
          </w:p>
        </w:tc>
        <w:tc>
          <w:tcPr>
            <w:tcW w:w="864" w:type="dxa"/>
          </w:tcPr>
          <w:p w14:paraId="5C38574D" w14:textId="77777777" w:rsidR="00A45D25" w:rsidRPr="005E65A6" w:rsidRDefault="00A45D25">
            <w:pPr>
              <w:jc w:val="center"/>
              <w:rPr>
                <w:sz w:val="22"/>
              </w:rPr>
            </w:pPr>
          </w:p>
        </w:tc>
        <w:tc>
          <w:tcPr>
            <w:tcW w:w="864" w:type="dxa"/>
          </w:tcPr>
          <w:p w14:paraId="787A070D" w14:textId="77777777" w:rsidR="00A45D25" w:rsidRPr="005E65A6" w:rsidRDefault="00A45D25">
            <w:pPr>
              <w:jc w:val="center"/>
              <w:rPr>
                <w:sz w:val="22"/>
              </w:rPr>
            </w:pPr>
          </w:p>
        </w:tc>
        <w:tc>
          <w:tcPr>
            <w:tcW w:w="1072" w:type="dxa"/>
          </w:tcPr>
          <w:p w14:paraId="7C6D7501" w14:textId="77777777" w:rsidR="00A45D25" w:rsidRPr="005E65A6" w:rsidRDefault="00A45D25">
            <w:pPr>
              <w:jc w:val="center"/>
              <w:rPr>
                <w:sz w:val="22"/>
              </w:rPr>
            </w:pPr>
          </w:p>
        </w:tc>
      </w:tr>
    </w:tbl>
    <w:p w14:paraId="2FDC2C0B" w14:textId="77777777" w:rsidR="00A45D25" w:rsidRPr="005E65A6" w:rsidRDefault="00A45D25">
      <w:pPr>
        <w:spacing w:after="80"/>
        <w:rPr>
          <w:sz w:val="22"/>
        </w:rPr>
      </w:pPr>
    </w:p>
    <w:p w14:paraId="2C9270F9" w14:textId="77777777" w:rsidR="00A45D25" w:rsidRPr="005E65A6" w:rsidRDefault="00000000">
      <w:pPr>
        <w:pStyle w:val="Heading2"/>
        <w:rPr>
          <w:rFonts w:ascii="Arial" w:hAnsi="Arial" w:cs="Arial"/>
          <w:sz w:val="22"/>
          <w:szCs w:val="22"/>
        </w:rPr>
      </w:pPr>
      <w:r w:rsidRPr="005E65A6">
        <w:rPr>
          <w:rFonts w:ascii="Arial" w:hAnsi="Arial" w:cs="Arial"/>
          <w:sz w:val="22"/>
          <w:szCs w:val="22"/>
        </w:rPr>
        <w:t>Section III — AIRFRAME STRUCTURES</w:t>
      </w:r>
    </w:p>
    <w:tbl>
      <w:tblPr>
        <w:tblStyle w:val="TableGrid"/>
        <w:tblW w:w="0" w:type="auto"/>
        <w:tblLook w:val="04A0" w:firstRow="1" w:lastRow="0" w:firstColumn="1" w:lastColumn="0" w:noHBand="0" w:noVBand="1"/>
      </w:tblPr>
      <w:tblGrid>
        <w:gridCol w:w="3244"/>
        <w:gridCol w:w="1537"/>
        <w:gridCol w:w="1854"/>
        <w:gridCol w:w="864"/>
        <w:gridCol w:w="889"/>
        <w:gridCol w:w="1207"/>
      </w:tblGrid>
      <w:tr w:rsidR="00B629BA" w:rsidRPr="005E65A6" w14:paraId="1CC3456D" w14:textId="77777777" w:rsidTr="00B629BA">
        <w:tc>
          <w:tcPr>
            <w:tcW w:w="3312" w:type="dxa"/>
          </w:tcPr>
          <w:p w14:paraId="3EFB73C1" w14:textId="1FE1C7EA" w:rsidR="00B629BA" w:rsidRPr="005E65A6" w:rsidRDefault="00B629BA" w:rsidP="00B629BA">
            <w:pPr>
              <w:rPr>
                <w:sz w:val="22"/>
              </w:rPr>
            </w:pPr>
            <w:r w:rsidRPr="005E65A6">
              <w:rPr>
                <w:b/>
                <w:color w:val="000000" w:themeColor="text1"/>
                <w:sz w:val="22"/>
              </w:rPr>
              <w:t>Area of Operation</w:t>
            </w:r>
          </w:p>
        </w:tc>
        <w:tc>
          <w:tcPr>
            <w:tcW w:w="1357" w:type="dxa"/>
          </w:tcPr>
          <w:p w14:paraId="4F9497BE" w14:textId="33BF1973" w:rsidR="00B629BA" w:rsidRPr="005E65A6" w:rsidRDefault="00B629BA" w:rsidP="00B629BA">
            <w:pPr>
              <w:jc w:val="center"/>
              <w:rPr>
                <w:sz w:val="22"/>
              </w:rPr>
            </w:pPr>
            <w:r w:rsidRPr="005E65A6">
              <w:rPr>
                <w:b/>
                <w:color w:val="000000" w:themeColor="text1"/>
                <w:sz w:val="22"/>
              </w:rPr>
              <w:t>Core Competency</w:t>
            </w:r>
            <w:r w:rsidRPr="005E65A6">
              <w:rPr>
                <w:b/>
                <w:color w:val="000000" w:themeColor="text1"/>
                <w:sz w:val="22"/>
              </w:rPr>
              <w:br/>
              <w:t>Element(s)</w:t>
            </w:r>
          </w:p>
        </w:tc>
        <w:tc>
          <w:tcPr>
            <w:tcW w:w="1872" w:type="dxa"/>
          </w:tcPr>
          <w:p w14:paraId="128E2BB1" w14:textId="45402885" w:rsidR="00B629BA" w:rsidRPr="005E65A6" w:rsidRDefault="00B629BA" w:rsidP="00B629BA">
            <w:pPr>
              <w:jc w:val="center"/>
              <w:rPr>
                <w:sz w:val="22"/>
              </w:rPr>
            </w:pPr>
            <w:r w:rsidRPr="005E65A6">
              <w:rPr>
                <w:b/>
                <w:color w:val="000000" w:themeColor="text1"/>
                <w:sz w:val="22"/>
              </w:rPr>
              <w:t>Additional</w:t>
            </w:r>
            <w:r w:rsidRPr="005E65A6">
              <w:rPr>
                <w:b/>
                <w:color w:val="000000" w:themeColor="text1"/>
                <w:sz w:val="22"/>
              </w:rPr>
              <w:br/>
              <w:t>Element(s) Tested</w:t>
            </w:r>
          </w:p>
        </w:tc>
        <w:tc>
          <w:tcPr>
            <w:tcW w:w="864" w:type="dxa"/>
          </w:tcPr>
          <w:p w14:paraId="732EECB4" w14:textId="495F44B1" w:rsidR="00B629BA" w:rsidRPr="005E65A6" w:rsidRDefault="00B629BA" w:rsidP="00B629BA">
            <w:pPr>
              <w:jc w:val="center"/>
              <w:rPr>
                <w:sz w:val="22"/>
              </w:rPr>
            </w:pPr>
            <w:r w:rsidRPr="005E65A6">
              <w:rPr>
                <w:b/>
                <w:color w:val="000000" w:themeColor="text1"/>
                <w:sz w:val="22"/>
              </w:rPr>
              <w:t>Level</w:t>
            </w:r>
            <w:r w:rsidRPr="005E65A6">
              <w:rPr>
                <w:b/>
                <w:color w:val="000000" w:themeColor="text1"/>
                <w:sz w:val="22"/>
              </w:rPr>
              <w:br/>
              <w:t>(1/2/3)</w:t>
            </w:r>
          </w:p>
        </w:tc>
        <w:tc>
          <w:tcPr>
            <w:tcW w:w="864" w:type="dxa"/>
          </w:tcPr>
          <w:p w14:paraId="6A3BB990" w14:textId="66DB13FD" w:rsidR="00B629BA" w:rsidRPr="005E65A6" w:rsidRDefault="00B629BA" w:rsidP="00B629BA">
            <w:pPr>
              <w:jc w:val="center"/>
              <w:rPr>
                <w:sz w:val="22"/>
              </w:rPr>
            </w:pPr>
            <w:r w:rsidRPr="005E65A6">
              <w:rPr>
                <w:b/>
                <w:color w:val="000000" w:themeColor="text1"/>
                <w:sz w:val="22"/>
              </w:rPr>
              <w:t>Result</w:t>
            </w:r>
            <w:r w:rsidRPr="005E65A6">
              <w:rPr>
                <w:b/>
                <w:color w:val="000000" w:themeColor="text1"/>
                <w:sz w:val="22"/>
              </w:rPr>
              <w:br/>
              <w:t>(S / U)</w:t>
            </w:r>
          </w:p>
        </w:tc>
        <w:tc>
          <w:tcPr>
            <w:tcW w:w="1072" w:type="dxa"/>
          </w:tcPr>
          <w:p w14:paraId="104AB30A" w14:textId="7D9ABB01" w:rsidR="00B629BA" w:rsidRPr="005E65A6" w:rsidRDefault="00B629BA" w:rsidP="00B629BA">
            <w:pPr>
              <w:jc w:val="center"/>
              <w:rPr>
                <w:sz w:val="22"/>
              </w:rPr>
            </w:pPr>
            <w:r w:rsidRPr="005E65A6">
              <w:rPr>
                <w:b/>
                <w:color w:val="000000" w:themeColor="text1"/>
                <w:sz w:val="22"/>
              </w:rPr>
              <w:t>Examiner</w:t>
            </w:r>
            <w:r w:rsidRPr="005E65A6">
              <w:rPr>
                <w:b/>
                <w:color w:val="000000" w:themeColor="text1"/>
                <w:sz w:val="22"/>
              </w:rPr>
              <w:br/>
              <w:t>Initials</w:t>
            </w:r>
          </w:p>
        </w:tc>
      </w:tr>
      <w:tr w:rsidR="00A45D25" w:rsidRPr="005E65A6" w14:paraId="70624B9F" w14:textId="77777777" w:rsidTr="00B629BA">
        <w:tc>
          <w:tcPr>
            <w:tcW w:w="3312" w:type="dxa"/>
          </w:tcPr>
          <w:p w14:paraId="396F0D53" w14:textId="77777777" w:rsidR="00A45D25" w:rsidRPr="005E65A6" w:rsidRDefault="00000000">
            <w:pPr>
              <w:rPr>
                <w:sz w:val="22"/>
              </w:rPr>
            </w:pPr>
            <w:r w:rsidRPr="005E65A6">
              <w:rPr>
                <w:sz w:val="22"/>
              </w:rPr>
              <w:t>A. Wood Structures</w:t>
            </w:r>
          </w:p>
        </w:tc>
        <w:tc>
          <w:tcPr>
            <w:tcW w:w="1357" w:type="dxa"/>
          </w:tcPr>
          <w:p w14:paraId="745F0B3B" w14:textId="77777777" w:rsidR="00A45D25" w:rsidRPr="005E65A6" w:rsidRDefault="00000000">
            <w:pPr>
              <w:jc w:val="center"/>
              <w:rPr>
                <w:sz w:val="22"/>
              </w:rPr>
            </w:pPr>
            <w:r w:rsidRPr="005E65A6">
              <w:rPr>
                <w:sz w:val="22"/>
              </w:rPr>
              <w:t>—</w:t>
            </w:r>
          </w:p>
        </w:tc>
        <w:tc>
          <w:tcPr>
            <w:tcW w:w="1872" w:type="dxa"/>
          </w:tcPr>
          <w:p w14:paraId="7D3ECDB7" w14:textId="77777777" w:rsidR="00A45D25" w:rsidRPr="005E65A6" w:rsidRDefault="00A45D25">
            <w:pPr>
              <w:jc w:val="center"/>
              <w:rPr>
                <w:sz w:val="22"/>
              </w:rPr>
            </w:pPr>
          </w:p>
        </w:tc>
        <w:tc>
          <w:tcPr>
            <w:tcW w:w="864" w:type="dxa"/>
          </w:tcPr>
          <w:p w14:paraId="6D66EC46" w14:textId="77777777" w:rsidR="00A45D25" w:rsidRPr="005E65A6" w:rsidRDefault="00A45D25">
            <w:pPr>
              <w:jc w:val="center"/>
              <w:rPr>
                <w:sz w:val="22"/>
              </w:rPr>
            </w:pPr>
          </w:p>
        </w:tc>
        <w:tc>
          <w:tcPr>
            <w:tcW w:w="864" w:type="dxa"/>
          </w:tcPr>
          <w:p w14:paraId="208330F1" w14:textId="77777777" w:rsidR="00A45D25" w:rsidRPr="005E65A6" w:rsidRDefault="00A45D25">
            <w:pPr>
              <w:jc w:val="center"/>
              <w:rPr>
                <w:sz w:val="22"/>
              </w:rPr>
            </w:pPr>
          </w:p>
        </w:tc>
        <w:tc>
          <w:tcPr>
            <w:tcW w:w="1072" w:type="dxa"/>
          </w:tcPr>
          <w:p w14:paraId="63F95C99" w14:textId="77777777" w:rsidR="00A45D25" w:rsidRPr="005E65A6" w:rsidRDefault="00A45D25">
            <w:pPr>
              <w:jc w:val="center"/>
              <w:rPr>
                <w:sz w:val="22"/>
              </w:rPr>
            </w:pPr>
          </w:p>
        </w:tc>
      </w:tr>
      <w:tr w:rsidR="00A45D25" w:rsidRPr="005E65A6" w14:paraId="5F0FEA13" w14:textId="77777777" w:rsidTr="00B629BA">
        <w:tc>
          <w:tcPr>
            <w:tcW w:w="3312" w:type="dxa"/>
          </w:tcPr>
          <w:p w14:paraId="05FBFE23" w14:textId="77777777" w:rsidR="00A45D25" w:rsidRPr="005E65A6" w:rsidRDefault="00000000">
            <w:pPr>
              <w:rPr>
                <w:sz w:val="22"/>
              </w:rPr>
            </w:pPr>
            <w:r w:rsidRPr="005E65A6">
              <w:rPr>
                <w:sz w:val="22"/>
              </w:rPr>
              <w:t>B. Aircraft Covering</w:t>
            </w:r>
          </w:p>
        </w:tc>
        <w:tc>
          <w:tcPr>
            <w:tcW w:w="1357" w:type="dxa"/>
          </w:tcPr>
          <w:p w14:paraId="2F51436E" w14:textId="77777777" w:rsidR="00A45D25" w:rsidRPr="005E65A6" w:rsidRDefault="00000000">
            <w:pPr>
              <w:jc w:val="center"/>
              <w:rPr>
                <w:sz w:val="22"/>
              </w:rPr>
            </w:pPr>
            <w:r w:rsidRPr="005E65A6">
              <w:rPr>
                <w:sz w:val="22"/>
              </w:rPr>
              <w:t>—</w:t>
            </w:r>
          </w:p>
        </w:tc>
        <w:tc>
          <w:tcPr>
            <w:tcW w:w="1872" w:type="dxa"/>
          </w:tcPr>
          <w:p w14:paraId="5B94AE13" w14:textId="77777777" w:rsidR="00A45D25" w:rsidRPr="005E65A6" w:rsidRDefault="00A45D25">
            <w:pPr>
              <w:jc w:val="center"/>
              <w:rPr>
                <w:sz w:val="22"/>
              </w:rPr>
            </w:pPr>
          </w:p>
        </w:tc>
        <w:tc>
          <w:tcPr>
            <w:tcW w:w="864" w:type="dxa"/>
          </w:tcPr>
          <w:p w14:paraId="71E6E3F1" w14:textId="77777777" w:rsidR="00A45D25" w:rsidRPr="005E65A6" w:rsidRDefault="00A45D25">
            <w:pPr>
              <w:jc w:val="center"/>
              <w:rPr>
                <w:sz w:val="22"/>
              </w:rPr>
            </w:pPr>
          </w:p>
        </w:tc>
        <w:tc>
          <w:tcPr>
            <w:tcW w:w="864" w:type="dxa"/>
          </w:tcPr>
          <w:p w14:paraId="41C39AF9" w14:textId="77777777" w:rsidR="00A45D25" w:rsidRPr="005E65A6" w:rsidRDefault="00A45D25">
            <w:pPr>
              <w:jc w:val="center"/>
              <w:rPr>
                <w:sz w:val="22"/>
              </w:rPr>
            </w:pPr>
          </w:p>
        </w:tc>
        <w:tc>
          <w:tcPr>
            <w:tcW w:w="1072" w:type="dxa"/>
          </w:tcPr>
          <w:p w14:paraId="081D1734" w14:textId="77777777" w:rsidR="00A45D25" w:rsidRPr="005E65A6" w:rsidRDefault="00A45D25">
            <w:pPr>
              <w:jc w:val="center"/>
              <w:rPr>
                <w:sz w:val="22"/>
              </w:rPr>
            </w:pPr>
          </w:p>
        </w:tc>
      </w:tr>
      <w:tr w:rsidR="00A45D25" w:rsidRPr="005E65A6" w14:paraId="26070D4A" w14:textId="77777777" w:rsidTr="00B629BA">
        <w:tc>
          <w:tcPr>
            <w:tcW w:w="3312" w:type="dxa"/>
          </w:tcPr>
          <w:p w14:paraId="0093BFFC" w14:textId="77777777" w:rsidR="00A45D25" w:rsidRPr="005E65A6" w:rsidRDefault="00000000">
            <w:pPr>
              <w:rPr>
                <w:sz w:val="22"/>
              </w:rPr>
            </w:pPr>
            <w:r w:rsidRPr="005E65A6">
              <w:rPr>
                <w:sz w:val="22"/>
              </w:rPr>
              <w:t>C. Aircraft Finishes</w:t>
            </w:r>
          </w:p>
        </w:tc>
        <w:tc>
          <w:tcPr>
            <w:tcW w:w="1357" w:type="dxa"/>
          </w:tcPr>
          <w:p w14:paraId="3F38DB4C" w14:textId="77777777" w:rsidR="00A45D25" w:rsidRPr="005E65A6" w:rsidRDefault="00000000">
            <w:pPr>
              <w:jc w:val="center"/>
              <w:rPr>
                <w:sz w:val="22"/>
              </w:rPr>
            </w:pPr>
            <w:r w:rsidRPr="005E65A6">
              <w:rPr>
                <w:sz w:val="22"/>
              </w:rPr>
              <w:t>—</w:t>
            </w:r>
          </w:p>
        </w:tc>
        <w:tc>
          <w:tcPr>
            <w:tcW w:w="1872" w:type="dxa"/>
          </w:tcPr>
          <w:p w14:paraId="0341C7A8" w14:textId="77777777" w:rsidR="00A45D25" w:rsidRPr="005E65A6" w:rsidRDefault="00A45D25">
            <w:pPr>
              <w:jc w:val="center"/>
              <w:rPr>
                <w:sz w:val="22"/>
              </w:rPr>
            </w:pPr>
          </w:p>
        </w:tc>
        <w:tc>
          <w:tcPr>
            <w:tcW w:w="864" w:type="dxa"/>
          </w:tcPr>
          <w:p w14:paraId="0D953D32" w14:textId="77777777" w:rsidR="00A45D25" w:rsidRPr="005E65A6" w:rsidRDefault="00A45D25">
            <w:pPr>
              <w:jc w:val="center"/>
              <w:rPr>
                <w:sz w:val="22"/>
              </w:rPr>
            </w:pPr>
          </w:p>
        </w:tc>
        <w:tc>
          <w:tcPr>
            <w:tcW w:w="864" w:type="dxa"/>
          </w:tcPr>
          <w:p w14:paraId="31594D62" w14:textId="77777777" w:rsidR="00A45D25" w:rsidRPr="005E65A6" w:rsidRDefault="00A45D25">
            <w:pPr>
              <w:jc w:val="center"/>
              <w:rPr>
                <w:sz w:val="22"/>
              </w:rPr>
            </w:pPr>
          </w:p>
        </w:tc>
        <w:tc>
          <w:tcPr>
            <w:tcW w:w="1072" w:type="dxa"/>
          </w:tcPr>
          <w:p w14:paraId="49FA6525" w14:textId="77777777" w:rsidR="00A45D25" w:rsidRPr="005E65A6" w:rsidRDefault="00A45D25">
            <w:pPr>
              <w:jc w:val="center"/>
              <w:rPr>
                <w:sz w:val="22"/>
              </w:rPr>
            </w:pPr>
          </w:p>
        </w:tc>
      </w:tr>
      <w:tr w:rsidR="00A45D25" w:rsidRPr="005E65A6" w14:paraId="2BAD01E9" w14:textId="77777777" w:rsidTr="00B629BA">
        <w:tc>
          <w:tcPr>
            <w:tcW w:w="3312" w:type="dxa"/>
          </w:tcPr>
          <w:p w14:paraId="7795A958" w14:textId="69AB67CD" w:rsidR="00A45D25" w:rsidRPr="005E65A6" w:rsidRDefault="00000000">
            <w:pPr>
              <w:rPr>
                <w:sz w:val="22"/>
              </w:rPr>
            </w:pPr>
            <w:r w:rsidRPr="005E65A6">
              <w:rPr>
                <w:sz w:val="22"/>
              </w:rPr>
              <w:t xml:space="preserve">D. Sheet Metal </w:t>
            </w:r>
            <w:r w:rsidR="005E65A6">
              <w:rPr>
                <w:sz w:val="22"/>
              </w:rPr>
              <w:t>a</w:t>
            </w:r>
            <w:r w:rsidRPr="005E65A6">
              <w:rPr>
                <w:sz w:val="22"/>
              </w:rPr>
              <w:t>nd Non-Metallic Structures</w:t>
            </w:r>
          </w:p>
        </w:tc>
        <w:tc>
          <w:tcPr>
            <w:tcW w:w="1357" w:type="dxa"/>
          </w:tcPr>
          <w:p w14:paraId="438E9087" w14:textId="77777777" w:rsidR="00A45D25" w:rsidRPr="005E65A6" w:rsidRDefault="00000000">
            <w:pPr>
              <w:jc w:val="center"/>
              <w:rPr>
                <w:sz w:val="22"/>
              </w:rPr>
            </w:pPr>
            <w:r w:rsidRPr="005E65A6">
              <w:rPr>
                <w:sz w:val="22"/>
              </w:rPr>
              <w:t>2</w:t>
            </w:r>
          </w:p>
        </w:tc>
        <w:tc>
          <w:tcPr>
            <w:tcW w:w="1872" w:type="dxa"/>
          </w:tcPr>
          <w:p w14:paraId="4F4B52C0" w14:textId="77777777" w:rsidR="00A45D25" w:rsidRPr="005E65A6" w:rsidRDefault="00A45D25">
            <w:pPr>
              <w:jc w:val="center"/>
              <w:rPr>
                <w:sz w:val="22"/>
              </w:rPr>
            </w:pPr>
          </w:p>
        </w:tc>
        <w:tc>
          <w:tcPr>
            <w:tcW w:w="864" w:type="dxa"/>
          </w:tcPr>
          <w:p w14:paraId="17B26313" w14:textId="77777777" w:rsidR="00A45D25" w:rsidRPr="005E65A6" w:rsidRDefault="00A45D25">
            <w:pPr>
              <w:jc w:val="center"/>
              <w:rPr>
                <w:sz w:val="22"/>
              </w:rPr>
            </w:pPr>
          </w:p>
        </w:tc>
        <w:tc>
          <w:tcPr>
            <w:tcW w:w="864" w:type="dxa"/>
          </w:tcPr>
          <w:p w14:paraId="318F82C8" w14:textId="77777777" w:rsidR="00A45D25" w:rsidRPr="005E65A6" w:rsidRDefault="00A45D25">
            <w:pPr>
              <w:jc w:val="center"/>
              <w:rPr>
                <w:sz w:val="22"/>
              </w:rPr>
            </w:pPr>
          </w:p>
        </w:tc>
        <w:tc>
          <w:tcPr>
            <w:tcW w:w="1072" w:type="dxa"/>
          </w:tcPr>
          <w:p w14:paraId="6998F2F1" w14:textId="77777777" w:rsidR="00A45D25" w:rsidRPr="005E65A6" w:rsidRDefault="00A45D25">
            <w:pPr>
              <w:jc w:val="center"/>
              <w:rPr>
                <w:sz w:val="22"/>
              </w:rPr>
            </w:pPr>
          </w:p>
        </w:tc>
      </w:tr>
      <w:tr w:rsidR="00A45D25" w:rsidRPr="005E65A6" w14:paraId="3F3FAF3C" w14:textId="77777777" w:rsidTr="00B629BA">
        <w:tc>
          <w:tcPr>
            <w:tcW w:w="3312" w:type="dxa"/>
          </w:tcPr>
          <w:p w14:paraId="272F12E0" w14:textId="77777777" w:rsidR="00A45D25" w:rsidRPr="005E65A6" w:rsidRDefault="00000000">
            <w:pPr>
              <w:rPr>
                <w:sz w:val="22"/>
              </w:rPr>
            </w:pPr>
            <w:r w:rsidRPr="005E65A6">
              <w:rPr>
                <w:sz w:val="22"/>
              </w:rPr>
              <w:t>E. Welding</w:t>
            </w:r>
          </w:p>
        </w:tc>
        <w:tc>
          <w:tcPr>
            <w:tcW w:w="1357" w:type="dxa"/>
          </w:tcPr>
          <w:p w14:paraId="53F3DCF0" w14:textId="77777777" w:rsidR="00A45D25" w:rsidRPr="005E65A6" w:rsidRDefault="00000000">
            <w:pPr>
              <w:jc w:val="center"/>
              <w:rPr>
                <w:sz w:val="22"/>
              </w:rPr>
            </w:pPr>
            <w:r w:rsidRPr="005E65A6">
              <w:rPr>
                <w:sz w:val="22"/>
              </w:rPr>
              <w:t>—</w:t>
            </w:r>
          </w:p>
        </w:tc>
        <w:tc>
          <w:tcPr>
            <w:tcW w:w="1872" w:type="dxa"/>
          </w:tcPr>
          <w:p w14:paraId="4D6FBA8E" w14:textId="77777777" w:rsidR="00A45D25" w:rsidRPr="005E65A6" w:rsidRDefault="00A45D25">
            <w:pPr>
              <w:jc w:val="center"/>
              <w:rPr>
                <w:sz w:val="22"/>
              </w:rPr>
            </w:pPr>
          </w:p>
        </w:tc>
        <w:tc>
          <w:tcPr>
            <w:tcW w:w="864" w:type="dxa"/>
          </w:tcPr>
          <w:p w14:paraId="5254AB7B" w14:textId="77777777" w:rsidR="00A45D25" w:rsidRPr="005E65A6" w:rsidRDefault="00A45D25">
            <w:pPr>
              <w:jc w:val="center"/>
              <w:rPr>
                <w:sz w:val="22"/>
              </w:rPr>
            </w:pPr>
          </w:p>
        </w:tc>
        <w:tc>
          <w:tcPr>
            <w:tcW w:w="864" w:type="dxa"/>
          </w:tcPr>
          <w:p w14:paraId="15437BFB" w14:textId="77777777" w:rsidR="00A45D25" w:rsidRPr="005E65A6" w:rsidRDefault="00A45D25">
            <w:pPr>
              <w:jc w:val="center"/>
              <w:rPr>
                <w:sz w:val="22"/>
              </w:rPr>
            </w:pPr>
          </w:p>
        </w:tc>
        <w:tc>
          <w:tcPr>
            <w:tcW w:w="1072" w:type="dxa"/>
          </w:tcPr>
          <w:p w14:paraId="58F80E0B" w14:textId="77777777" w:rsidR="00A45D25" w:rsidRPr="005E65A6" w:rsidRDefault="00A45D25">
            <w:pPr>
              <w:jc w:val="center"/>
              <w:rPr>
                <w:sz w:val="22"/>
              </w:rPr>
            </w:pPr>
          </w:p>
        </w:tc>
      </w:tr>
      <w:tr w:rsidR="00A45D25" w:rsidRPr="005E65A6" w14:paraId="4372CF18" w14:textId="77777777" w:rsidTr="00B629BA">
        <w:tc>
          <w:tcPr>
            <w:tcW w:w="3312" w:type="dxa"/>
          </w:tcPr>
          <w:p w14:paraId="09327894" w14:textId="529B79A8" w:rsidR="00A45D25" w:rsidRPr="005E65A6" w:rsidRDefault="00000000">
            <w:pPr>
              <w:rPr>
                <w:sz w:val="22"/>
              </w:rPr>
            </w:pPr>
            <w:r w:rsidRPr="005E65A6">
              <w:rPr>
                <w:sz w:val="22"/>
              </w:rPr>
              <w:t xml:space="preserve">F. Assembly </w:t>
            </w:r>
            <w:r w:rsidR="005E65A6">
              <w:rPr>
                <w:sz w:val="22"/>
              </w:rPr>
              <w:t>a</w:t>
            </w:r>
            <w:r w:rsidRPr="005E65A6">
              <w:rPr>
                <w:sz w:val="22"/>
              </w:rPr>
              <w:t>nd Rigging</w:t>
            </w:r>
          </w:p>
        </w:tc>
        <w:tc>
          <w:tcPr>
            <w:tcW w:w="1357" w:type="dxa"/>
          </w:tcPr>
          <w:p w14:paraId="704868D4" w14:textId="77777777" w:rsidR="00A45D25" w:rsidRPr="005E65A6" w:rsidRDefault="00000000">
            <w:pPr>
              <w:jc w:val="center"/>
              <w:rPr>
                <w:sz w:val="22"/>
              </w:rPr>
            </w:pPr>
            <w:r w:rsidRPr="005E65A6">
              <w:rPr>
                <w:sz w:val="22"/>
              </w:rPr>
              <w:t>2</w:t>
            </w:r>
          </w:p>
        </w:tc>
        <w:tc>
          <w:tcPr>
            <w:tcW w:w="1872" w:type="dxa"/>
          </w:tcPr>
          <w:p w14:paraId="24EA8D85" w14:textId="77777777" w:rsidR="00A45D25" w:rsidRPr="005E65A6" w:rsidRDefault="00A45D25">
            <w:pPr>
              <w:jc w:val="center"/>
              <w:rPr>
                <w:sz w:val="22"/>
              </w:rPr>
            </w:pPr>
          </w:p>
        </w:tc>
        <w:tc>
          <w:tcPr>
            <w:tcW w:w="864" w:type="dxa"/>
          </w:tcPr>
          <w:p w14:paraId="5543EE92" w14:textId="77777777" w:rsidR="00A45D25" w:rsidRPr="005E65A6" w:rsidRDefault="00A45D25">
            <w:pPr>
              <w:jc w:val="center"/>
              <w:rPr>
                <w:sz w:val="22"/>
              </w:rPr>
            </w:pPr>
          </w:p>
        </w:tc>
        <w:tc>
          <w:tcPr>
            <w:tcW w:w="864" w:type="dxa"/>
          </w:tcPr>
          <w:p w14:paraId="2A244D47" w14:textId="77777777" w:rsidR="00A45D25" w:rsidRPr="005E65A6" w:rsidRDefault="00A45D25">
            <w:pPr>
              <w:jc w:val="center"/>
              <w:rPr>
                <w:sz w:val="22"/>
              </w:rPr>
            </w:pPr>
          </w:p>
        </w:tc>
        <w:tc>
          <w:tcPr>
            <w:tcW w:w="1072" w:type="dxa"/>
          </w:tcPr>
          <w:p w14:paraId="4DB56865" w14:textId="77777777" w:rsidR="00A45D25" w:rsidRPr="005E65A6" w:rsidRDefault="00A45D25">
            <w:pPr>
              <w:jc w:val="center"/>
              <w:rPr>
                <w:sz w:val="22"/>
              </w:rPr>
            </w:pPr>
          </w:p>
        </w:tc>
      </w:tr>
      <w:tr w:rsidR="00A45D25" w:rsidRPr="005E65A6" w14:paraId="30A282B9" w14:textId="77777777" w:rsidTr="00B629BA">
        <w:tc>
          <w:tcPr>
            <w:tcW w:w="3312" w:type="dxa"/>
          </w:tcPr>
          <w:p w14:paraId="267FB4D8" w14:textId="77777777" w:rsidR="00A45D25" w:rsidRPr="005E65A6" w:rsidRDefault="00000000">
            <w:pPr>
              <w:rPr>
                <w:sz w:val="22"/>
              </w:rPr>
            </w:pPr>
            <w:r w:rsidRPr="005E65A6">
              <w:rPr>
                <w:sz w:val="22"/>
              </w:rPr>
              <w:t>G. Airframe Inspection</w:t>
            </w:r>
          </w:p>
        </w:tc>
        <w:tc>
          <w:tcPr>
            <w:tcW w:w="1357" w:type="dxa"/>
          </w:tcPr>
          <w:p w14:paraId="0C49963E" w14:textId="77777777" w:rsidR="00A45D25" w:rsidRPr="005E65A6" w:rsidRDefault="00000000">
            <w:pPr>
              <w:jc w:val="center"/>
              <w:rPr>
                <w:sz w:val="22"/>
              </w:rPr>
            </w:pPr>
            <w:r w:rsidRPr="005E65A6">
              <w:rPr>
                <w:sz w:val="22"/>
              </w:rPr>
              <w:t>2</w:t>
            </w:r>
          </w:p>
        </w:tc>
        <w:tc>
          <w:tcPr>
            <w:tcW w:w="1872" w:type="dxa"/>
          </w:tcPr>
          <w:p w14:paraId="7E157ED8" w14:textId="77777777" w:rsidR="00A45D25" w:rsidRPr="005E65A6" w:rsidRDefault="00A45D25">
            <w:pPr>
              <w:jc w:val="center"/>
              <w:rPr>
                <w:sz w:val="22"/>
              </w:rPr>
            </w:pPr>
          </w:p>
        </w:tc>
        <w:tc>
          <w:tcPr>
            <w:tcW w:w="864" w:type="dxa"/>
          </w:tcPr>
          <w:p w14:paraId="19B018C3" w14:textId="77777777" w:rsidR="00A45D25" w:rsidRPr="005E65A6" w:rsidRDefault="00A45D25">
            <w:pPr>
              <w:jc w:val="center"/>
              <w:rPr>
                <w:sz w:val="22"/>
              </w:rPr>
            </w:pPr>
          </w:p>
        </w:tc>
        <w:tc>
          <w:tcPr>
            <w:tcW w:w="864" w:type="dxa"/>
          </w:tcPr>
          <w:p w14:paraId="13B2A0B9" w14:textId="77777777" w:rsidR="00A45D25" w:rsidRPr="005E65A6" w:rsidRDefault="00A45D25">
            <w:pPr>
              <w:jc w:val="center"/>
              <w:rPr>
                <w:sz w:val="22"/>
              </w:rPr>
            </w:pPr>
          </w:p>
        </w:tc>
        <w:tc>
          <w:tcPr>
            <w:tcW w:w="1072" w:type="dxa"/>
          </w:tcPr>
          <w:p w14:paraId="46CC8F4E" w14:textId="77777777" w:rsidR="00A45D25" w:rsidRPr="005E65A6" w:rsidRDefault="00A45D25">
            <w:pPr>
              <w:jc w:val="center"/>
              <w:rPr>
                <w:sz w:val="22"/>
              </w:rPr>
            </w:pPr>
          </w:p>
        </w:tc>
      </w:tr>
    </w:tbl>
    <w:p w14:paraId="3E84ECFD" w14:textId="77777777" w:rsidR="00B629BA" w:rsidRPr="005E65A6" w:rsidRDefault="00B629BA">
      <w:pPr>
        <w:spacing w:after="80"/>
        <w:rPr>
          <w:sz w:val="22"/>
        </w:rPr>
      </w:pPr>
    </w:p>
    <w:p w14:paraId="21C0AA1E" w14:textId="77777777" w:rsidR="00A45D25" w:rsidRPr="005E65A6" w:rsidRDefault="00000000">
      <w:pPr>
        <w:pStyle w:val="Heading2"/>
        <w:rPr>
          <w:rFonts w:ascii="Arial" w:hAnsi="Arial" w:cs="Arial"/>
          <w:sz w:val="22"/>
          <w:szCs w:val="22"/>
        </w:rPr>
      </w:pPr>
      <w:r w:rsidRPr="005E65A6">
        <w:rPr>
          <w:rFonts w:ascii="Arial" w:hAnsi="Arial" w:cs="Arial"/>
          <w:sz w:val="22"/>
          <w:szCs w:val="22"/>
        </w:rPr>
        <w:t>Section IV — AIRFRAME SYSTEMS AND COMPONENTS</w:t>
      </w:r>
    </w:p>
    <w:tbl>
      <w:tblPr>
        <w:tblStyle w:val="TableGrid"/>
        <w:tblW w:w="0" w:type="auto"/>
        <w:tblLook w:val="04A0" w:firstRow="1" w:lastRow="0" w:firstColumn="1" w:lastColumn="0" w:noHBand="0" w:noVBand="1"/>
      </w:tblPr>
      <w:tblGrid>
        <w:gridCol w:w="3248"/>
        <w:gridCol w:w="1537"/>
        <w:gridCol w:w="1850"/>
        <w:gridCol w:w="864"/>
        <w:gridCol w:w="889"/>
        <w:gridCol w:w="1207"/>
      </w:tblGrid>
      <w:tr w:rsidR="00B629BA" w:rsidRPr="005E65A6" w14:paraId="34EB0E4B" w14:textId="77777777" w:rsidTr="00B629BA">
        <w:tc>
          <w:tcPr>
            <w:tcW w:w="3312" w:type="dxa"/>
          </w:tcPr>
          <w:p w14:paraId="4C4ED89A" w14:textId="35850355" w:rsidR="00B629BA" w:rsidRPr="005E65A6" w:rsidRDefault="00B629BA" w:rsidP="00B629BA">
            <w:pPr>
              <w:rPr>
                <w:sz w:val="22"/>
              </w:rPr>
            </w:pPr>
            <w:r w:rsidRPr="005E65A6">
              <w:rPr>
                <w:b/>
                <w:color w:val="000000" w:themeColor="text1"/>
                <w:sz w:val="22"/>
              </w:rPr>
              <w:t>Area of Operation</w:t>
            </w:r>
          </w:p>
        </w:tc>
        <w:tc>
          <w:tcPr>
            <w:tcW w:w="1357" w:type="dxa"/>
          </w:tcPr>
          <w:p w14:paraId="07D879A5" w14:textId="4ADDB476" w:rsidR="00B629BA" w:rsidRPr="005E65A6" w:rsidRDefault="00B629BA" w:rsidP="00B629BA">
            <w:pPr>
              <w:jc w:val="center"/>
              <w:rPr>
                <w:sz w:val="22"/>
              </w:rPr>
            </w:pPr>
            <w:r w:rsidRPr="005E65A6">
              <w:rPr>
                <w:b/>
                <w:color w:val="000000" w:themeColor="text1"/>
                <w:sz w:val="22"/>
              </w:rPr>
              <w:t>Core Competency</w:t>
            </w:r>
            <w:r w:rsidRPr="005E65A6">
              <w:rPr>
                <w:b/>
                <w:color w:val="000000" w:themeColor="text1"/>
                <w:sz w:val="22"/>
              </w:rPr>
              <w:br/>
              <w:t>Element(s)</w:t>
            </w:r>
          </w:p>
        </w:tc>
        <w:tc>
          <w:tcPr>
            <w:tcW w:w="1872" w:type="dxa"/>
          </w:tcPr>
          <w:p w14:paraId="16BF5F6C" w14:textId="3660F1E1" w:rsidR="00B629BA" w:rsidRPr="005E65A6" w:rsidRDefault="00B629BA" w:rsidP="00B629BA">
            <w:pPr>
              <w:jc w:val="center"/>
              <w:rPr>
                <w:sz w:val="22"/>
              </w:rPr>
            </w:pPr>
            <w:r w:rsidRPr="005E65A6">
              <w:rPr>
                <w:b/>
                <w:color w:val="000000" w:themeColor="text1"/>
                <w:sz w:val="22"/>
              </w:rPr>
              <w:t>Additional</w:t>
            </w:r>
            <w:r w:rsidRPr="005E65A6">
              <w:rPr>
                <w:b/>
                <w:color w:val="000000" w:themeColor="text1"/>
                <w:sz w:val="22"/>
              </w:rPr>
              <w:br/>
              <w:t>Element(s) Tested</w:t>
            </w:r>
          </w:p>
        </w:tc>
        <w:tc>
          <w:tcPr>
            <w:tcW w:w="864" w:type="dxa"/>
          </w:tcPr>
          <w:p w14:paraId="46BC79B7" w14:textId="402C0481" w:rsidR="00B629BA" w:rsidRPr="005E65A6" w:rsidRDefault="00B629BA" w:rsidP="00B629BA">
            <w:pPr>
              <w:jc w:val="center"/>
              <w:rPr>
                <w:sz w:val="22"/>
              </w:rPr>
            </w:pPr>
            <w:r w:rsidRPr="005E65A6">
              <w:rPr>
                <w:b/>
                <w:color w:val="000000" w:themeColor="text1"/>
                <w:sz w:val="22"/>
              </w:rPr>
              <w:t>Level</w:t>
            </w:r>
            <w:r w:rsidRPr="005E65A6">
              <w:rPr>
                <w:b/>
                <w:color w:val="000000" w:themeColor="text1"/>
                <w:sz w:val="22"/>
              </w:rPr>
              <w:br/>
              <w:t>(1/2/3)</w:t>
            </w:r>
          </w:p>
        </w:tc>
        <w:tc>
          <w:tcPr>
            <w:tcW w:w="864" w:type="dxa"/>
          </w:tcPr>
          <w:p w14:paraId="47964642" w14:textId="73B59271" w:rsidR="00B629BA" w:rsidRPr="005E65A6" w:rsidRDefault="00B629BA" w:rsidP="00B629BA">
            <w:pPr>
              <w:jc w:val="center"/>
              <w:rPr>
                <w:sz w:val="22"/>
              </w:rPr>
            </w:pPr>
            <w:r w:rsidRPr="005E65A6">
              <w:rPr>
                <w:b/>
                <w:color w:val="000000" w:themeColor="text1"/>
                <w:sz w:val="22"/>
              </w:rPr>
              <w:t>Result</w:t>
            </w:r>
            <w:r w:rsidRPr="005E65A6">
              <w:rPr>
                <w:b/>
                <w:color w:val="000000" w:themeColor="text1"/>
                <w:sz w:val="22"/>
              </w:rPr>
              <w:br/>
              <w:t>(S / U)</w:t>
            </w:r>
          </w:p>
        </w:tc>
        <w:tc>
          <w:tcPr>
            <w:tcW w:w="1072" w:type="dxa"/>
          </w:tcPr>
          <w:p w14:paraId="6B123794" w14:textId="17BFE121" w:rsidR="00B629BA" w:rsidRPr="005E65A6" w:rsidRDefault="00B629BA" w:rsidP="00B629BA">
            <w:pPr>
              <w:jc w:val="center"/>
              <w:rPr>
                <w:sz w:val="22"/>
              </w:rPr>
            </w:pPr>
            <w:r w:rsidRPr="005E65A6">
              <w:rPr>
                <w:b/>
                <w:color w:val="000000" w:themeColor="text1"/>
                <w:sz w:val="22"/>
              </w:rPr>
              <w:t>Examiner</w:t>
            </w:r>
            <w:r w:rsidRPr="005E65A6">
              <w:rPr>
                <w:b/>
                <w:color w:val="000000" w:themeColor="text1"/>
                <w:sz w:val="22"/>
              </w:rPr>
              <w:br/>
              <w:t>Initials</w:t>
            </w:r>
          </w:p>
        </w:tc>
      </w:tr>
      <w:tr w:rsidR="00A45D25" w:rsidRPr="005E65A6" w14:paraId="4D40430D" w14:textId="77777777" w:rsidTr="00B629BA">
        <w:tc>
          <w:tcPr>
            <w:tcW w:w="3312" w:type="dxa"/>
          </w:tcPr>
          <w:p w14:paraId="271056A8" w14:textId="77777777" w:rsidR="00A45D25" w:rsidRPr="005E65A6" w:rsidRDefault="00000000">
            <w:pPr>
              <w:rPr>
                <w:sz w:val="22"/>
              </w:rPr>
            </w:pPr>
            <w:r w:rsidRPr="005E65A6">
              <w:rPr>
                <w:sz w:val="22"/>
              </w:rPr>
              <w:t>A. Aircraft Landing Gear Systems</w:t>
            </w:r>
          </w:p>
        </w:tc>
        <w:tc>
          <w:tcPr>
            <w:tcW w:w="1357" w:type="dxa"/>
          </w:tcPr>
          <w:p w14:paraId="38D9337D" w14:textId="77777777" w:rsidR="00A45D25" w:rsidRPr="005E65A6" w:rsidRDefault="00000000">
            <w:pPr>
              <w:jc w:val="center"/>
              <w:rPr>
                <w:sz w:val="22"/>
              </w:rPr>
            </w:pPr>
            <w:r w:rsidRPr="005E65A6">
              <w:rPr>
                <w:sz w:val="22"/>
              </w:rPr>
              <w:t>2</w:t>
            </w:r>
          </w:p>
        </w:tc>
        <w:tc>
          <w:tcPr>
            <w:tcW w:w="1872" w:type="dxa"/>
          </w:tcPr>
          <w:p w14:paraId="7F990EAF" w14:textId="77777777" w:rsidR="00A45D25" w:rsidRPr="005E65A6" w:rsidRDefault="00A45D25">
            <w:pPr>
              <w:jc w:val="center"/>
              <w:rPr>
                <w:sz w:val="22"/>
              </w:rPr>
            </w:pPr>
          </w:p>
        </w:tc>
        <w:tc>
          <w:tcPr>
            <w:tcW w:w="864" w:type="dxa"/>
          </w:tcPr>
          <w:p w14:paraId="2DD54C55" w14:textId="77777777" w:rsidR="00A45D25" w:rsidRPr="005E65A6" w:rsidRDefault="00A45D25">
            <w:pPr>
              <w:jc w:val="center"/>
              <w:rPr>
                <w:sz w:val="22"/>
              </w:rPr>
            </w:pPr>
          </w:p>
        </w:tc>
        <w:tc>
          <w:tcPr>
            <w:tcW w:w="864" w:type="dxa"/>
          </w:tcPr>
          <w:p w14:paraId="6ADE1CFD" w14:textId="77777777" w:rsidR="00A45D25" w:rsidRPr="005E65A6" w:rsidRDefault="00A45D25">
            <w:pPr>
              <w:jc w:val="center"/>
              <w:rPr>
                <w:sz w:val="22"/>
              </w:rPr>
            </w:pPr>
          </w:p>
        </w:tc>
        <w:tc>
          <w:tcPr>
            <w:tcW w:w="1072" w:type="dxa"/>
          </w:tcPr>
          <w:p w14:paraId="660AF405" w14:textId="77777777" w:rsidR="00A45D25" w:rsidRPr="005E65A6" w:rsidRDefault="00A45D25">
            <w:pPr>
              <w:jc w:val="center"/>
              <w:rPr>
                <w:sz w:val="22"/>
              </w:rPr>
            </w:pPr>
          </w:p>
        </w:tc>
      </w:tr>
      <w:tr w:rsidR="00A45D25" w:rsidRPr="005E65A6" w14:paraId="5BA4B6B9" w14:textId="77777777" w:rsidTr="00B629BA">
        <w:tc>
          <w:tcPr>
            <w:tcW w:w="3312" w:type="dxa"/>
          </w:tcPr>
          <w:p w14:paraId="35591E65" w14:textId="0AC1CF3C" w:rsidR="00A45D25" w:rsidRPr="005E65A6" w:rsidRDefault="00000000">
            <w:pPr>
              <w:rPr>
                <w:sz w:val="22"/>
              </w:rPr>
            </w:pPr>
            <w:r w:rsidRPr="005E65A6">
              <w:rPr>
                <w:sz w:val="22"/>
              </w:rPr>
              <w:lastRenderedPageBreak/>
              <w:t xml:space="preserve">B. Hydraulic </w:t>
            </w:r>
            <w:r w:rsidR="005E65A6">
              <w:rPr>
                <w:sz w:val="22"/>
              </w:rPr>
              <w:t>a</w:t>
            </w:r>
            <w:r w:rsidRPr="005E65A6">
              <w:rPr>
                <w:sz w:val="22"/>
              </w:rPr>
              <w:t>nd Pneumatic Power Systems</w:t>
            </w:r>
          </w:p>
        </w:tc>
        <w:tc>
          <w:tcPr>
            <w:tcW w:w="1357" w:type="dxa"/>
          </w:tcPr>
          <w:p w14:paraId="36EFC5E9" w14:textId="77777777" w:rsidR="00A45D25" w:rsidRPr="005E65A6" w:rsidRDefault="00000000">
            <w:pPr>
              <w:jc w:val="center"/>
              <w:rPr>
                <w:sz w:val="22"/>
              </w:rPr>
            </w:pPr>
            <w:r w:rsidRPr="005E65A6">
              <w:rPr>
                <w:sz w:val="22"/>
              </w:rPr>
              <w:t>2</w:t>
            </w:r>
          </w:p>
        </w:tc>
        <w:tc>
          <w:tcPr>
            <w:tcW w:w="1872" w:type="dxa"/>
          </w:tcPr>
          <w:p w14:paraId="27883E7B" w14:textId="77777777" w:rsidR="00A45D25" w:rsidRPr="005E65A6" w:rsidRDefault="00A45D25">
            <w:pPr>
              <w:jc w:val="center"/>
              <w:rPr>
                <w:sz w:val="22"/>
              </w:rPr>
            </w:pPr>
          </w:p>
        </w:tc>
        <w:tc>
          <w:tcPr>
            <w:tcW w:w="864" w:type="dxa"/>
          </w:tcPr>
          <w:p w14:paraId="30D1CF6C" w14:textId="77777777" w:rsidR="00A45D25" w:rsidRPr="005E65A6" w:rsidRDefault="00A45D25">
            <w:pPr>
              <w:jc w:val="center"/>
              <w:rPr>
                <w:sz w:val="22"/>
              </w:rPr>
            </w:pPr>
          </w:p>
        </w:tc>
        <w:tc>
          <w:tcPr>
            <w:tcW w:w="864" w:type="dxa"/>
          </w:tcPr>
          <w:p w14:paraId="7C0F3ACC" w14:textId="77777777" w:rsidR="00A45D25" w:rsidRPr="005E65A6" w:rsidRDefault="00A45D25">
            <w:pPr>
              <w:jc w:val="center"/>
              <w:rPr>
                <w:sz w:val="22"/>
              </w:rPr>
            </w:pPr>
          </w:p>
        </w:tc>
        <w:tc>
          <w:tcPr>
            <w:tcW w:w="1072" w:type="dxa"/>
          </w:tcPr>
          <w:p w14:paraId="6F4F98C5" w14:textId="77777777" w:rsidR="00A45D25" w:rsidRPr="005E65A6" w:rsidRDefault="00A45D25">
            <w:pPr>
              <w:jc w:val="center"/>
              <w:rPr>
                <w:sz w:val="22"/>
              </w:rPr>
            </w:pPr>
          </w:p>
        </w:tc>
      </w:tr>
      <w:tr w:rsidR="00A45D25" w:rsidRPr="005E65A6" w14:paraId="0FD6CAF4" w14:textId="77777777" w:rsidTr="00B629BA">
        <w:tc>
          <w:tcPr>
            <w:tcW w:w="3312" w:type="dxa"/>
          </w:tcPr>
          <w:p w14:paraId="5902CC78" w14:textId="77777777" w:rsidR="00A45D25" w:rsidRPr="005E65A6" w:rsidRDefault="00000000">
            <w:pPr>
              <w:rPr>
                <w:sz w:val="22"/>
              </w:rPr>
            </w:pPr>
            <w:r w:rsidRPr="005E65A6">
              <w:rPr>
                <w:sz w:val="22"/>
              </w:rPr>
              <w:t>C. Cabin Atmosphere Control Systems</w:t>
            </w:r>
          </w:p>
        </w:tc>
        <w:tc>
          <w:tcPr>
            <w:tcW w:w="1357" w:type="dxa"/>
          </w:tcPr>
          <w:p w14:paraId="5B6AFBB2" w14:textId="77777777" w:rsidR="00A45D25" w:rsidRPr="005E65A6" w:rsidRDefault="00000000">
            <w:pPr>
              <w:jc w:val="center"/>
              <w:rPr>
                <w:sz w:val="22"/>
              </w:rPr>
            </w:pPr>
            <w:r w:rsidRPr="005E65A6">
              <w:rPr>
                <w:sz w:val="22"/>
              </w:rPr>
              <w:t>—</w:t>
            </w:r>
          </w:p>
        </w:tc>
        <w:tc>
          <w:tcPr>
            <w:tcW w:w="1872" w:type="dxa"/>
          </w:tcPr>
          <w:p w14:paraId="3246CF48" w14:textId="77777777" w:rsidR="00A45D25" w:rsidRPr="005E65A6" w:rsidRDefault="00A45D25">
            <w:pPr>
              <w:jc w:val="center"/>
              <w:rPr>
                <w:sz w:val="22"/>
              </w:rPr>
            </w:pPr>
          </w:p>
        </w:tc>
        <w:tc>
          <w:tcPr>
            <w:tcW w:w="864" w:type="dxa"/>
          </w:tcPr>
          <w:p w14:paraId="618ABB0C" w14:textId="77777777" w:rsidR="00A45D25" w:rsidRPr="005E65A6" w:rsidRDefault="00A45D25">
            <w:pPr>
              <w:jc w:val="center"/>
              <w:rPr>
                <w:sz w:val="22"/>
              </w:rPr>
            </w:pPr>
          </w:p>
        </w:tc>
        <w:tc>
          <w:tcPr>
            <w:tcW w:w="864" w:type="dxa"/>
          </w:tcPr>
          <w:p w14:paraId="2236968D" w14:textId="77777777" w:rsidR="00A45D25" w:rsidRPr="005E65A6" w:rsidRDefault="00A45D25">
            <w:pPr>
              <w:jc w:val="center"/>
              <w:rPr>
                <w:sz w:val="22"/>
              </w:rPr>
            </w:pPr>
          </w:p>
        </w:tc>
        <w:tc>
          <w:tcPr>
            <w:tcW w:w="1072" w:type="dxa"/>
          </w:tcPr>
          <w:p w14:paraId="233A54E0" w14:textId="77777777" w:rsidR="00A45D25" w:rsidRPr="005E65A6" w:rsidRDefault="00A45D25">
            <w:pPr>
              <w:jc w:val="center"/>
              <w:rPr>
                <w:sz w:val="22"/>
              </w:rPr>
            </w:pPr>
          </w:p>
        </w:tc>
      </w:tr>
      <w:tr w:rsidR="00A45D25" w:rsidRPr="005E65A6" w14:paraId="7B40D722" w14:textId="77777777" w:rsidTr="00B629BA">
        <w:tc>
          <w:tcPr>
            <w:tcW w:w="3312" w:type="dxa"/>
          </w:tcPr>
          <w:p w14:paraId="3E34A13F" w14:textId="77777777" w:rsidR="00A45D25" w:rsidRPr="005E65A6" w:rsidRDefault="00000000">
            <w:pPr>
              <w:rPr>
                <w:sz w:val="22"/>
              </w:rPr>
            </w:pPr>
            <w:r w:rsidRPr="005E65A6">
              <w:rPr>
                <w:sz w:val="22"/>
              </w:rPr>
              <w:t>D. Aircraft Instrument Systems</w:t>
            </w:r>
          </w:p>
        </w:tc>
        <w:tc>
          <w:tcPr>
            <w:tcW w:w="1357" w:type="dxa"/>
          </w:tcPr>
          <w:p w14:paraId="041AC6FB" w14:textId="77777777" w:rsidR="00A45D25" w:rsidRPr="005E65A6" w:rsidRDefault="00000000">
            <w:pPr>
              <w:jc w:val="center"/>
              <w:rPr>
                <w:sz w:val="22"/>
              </w:rPr>
            </w:pPr>
            <w:r w:rsidRPr="005E65A6">
              <w:rPr>
                <w:sz w:val="22"/>
              </w:rPr>
              <w:t>—</w:t>
            </w:r>
          </w:p>
        </w:tc>
        <w:tc>
          <w:tcPr>
            <w:tcW w:w="1872" w:type="dxa"/>
          </w:tcPr>
          <w:p w14:paraId="12503D8A" w14:textId="77777777" w:rsidR="00A45D25" w:rsidRPr="005E65A6" w:rsidRDefault="00A45D25">
            <w:pPr>
              <w:jc w:val="center"/>
              <w:rPr>
                <w:sz w:val="22"/>
              </w:rPr>
            </w:pPr>
          </w:p>
        </w:tc>
        <w:tc>
          <w:tcPr>
            <w:tcW w:w="864" w:type="dxa"/>
          </w:tcPr>
          <w:p w14:paraId="2B558D02" w14:textId="77777777" w:rsidR="00A45D25" w:rsidRPr="005E65A6" w:rsidRDefault="00A45D25">
            <w:pPr>
              <w:jc w:val="center"/>
              <w:rPr>
                <w:sz w:val="22"/>
              </w:rPr>
            </w:pPr>
          </w:p>
        </w:tc>
        <w:tc>
          <w:tcPr>
            <w:tcW w:w="864" w:type="dxa"/>
          </w:tcPr>
          <w:p w14:paraId="0C0F5035" w14:textId="77777777" w:rsidR="00A45D25" w:rsidRPr="005E65A6" w:rsidRDefault="00A45D25">
            <w:pPr>
              <w:jc w:val="center"/>
              <w:rPr>
                <w:sz w:val="22"/>
              </w:rPr>
            </w:pPr>
          </w:p>
        </w:tc>
        <w:tc>
          <w:tcPr>
            <w:tcW w:w="1072" w:type="dxa"/>
          </w:tcPr>
          <w:p w14:paraId="4284C9DC" w14:textId="77777777" w:rsidR="00A45D25" w:rsidRPr="005E65A6" w:rsidRDefault="00A45D25">
            <w:pPr>
              <w:jc w:val="center"/>
              <w:rPr>
                <w:sz w:val="22"/>
              </w:rPr>
            </w:pPr>
          </w:p>
        </w:tc>
      </w:tr>
      <w:tr w:rsidR="00A45D25" w:rsidRPr="005E65A6" w14:paraId="0EFD431E" w14:textId="77777777" w:rsidTr="00B629BA">
        <w:tc>
          <w:tcPr>
            <w:tcW w:w="3312" w:type="dxa"/>
          </w:tcPr>
          <w:p w14:paraId="018A27DF" w14:textId="25484B91" w:rsidR="00A45D25" w:rsidRPr="005E65A6" w:rsidRDefault="00000000">
            <w:pPr>
              <w:rPr>
                <w:sz w:val="22"/>
              </w:rPr>
            </w:pPr>
            <w:r w:rsidRPr="005E65A6">
              <w:rPr>
                <w:sz w:val="22"/>
              </w:rPr>
              <w:t xml:space="preserve">E. Communication </w:t>
            </w:r>
            <w:r w:rsidR="005E65A6">
              <w:rPr>
                <w:sz w:val="22"/>
              </w:rPr>
              <w:t>a</w:t>
            </w:r>
            <w:r w:rsidRPr="005E65A6">
              <w:rPr>
                <w:sz w:val="22"/>
              </w:rPr>
              <w:t>nd Navigation Systems</w:t>
            </w:r>
          </w:p>
        </w:tc>
        <w:tc>
          <w:tcPr>
            <w:tcW w:w="1357" w:type="dxa"/>
          </w:tcPr>
          <w:p w14:paraId="2C283482" w14:textId="77777777" w:rsidR="00A45D25" w:rsidRPr="005E65A6" w:rsidRDefault="00000000">
            <w:pPr>
              <w:jc w:val="center"/>
              <w:rPr>
                <w:sz w:val="22"/>
              </w:rPr>
            </w:pPr>
            <w:r w:rsidRPr="005E65A6">
              <w:rPr>
                <w:sz w:val="22"/>
              </w:rPr>
              <w:t>—</w:t>
            </w:r>
          </w:p>
        </w:tc>
        <w:tc>
          <w:tcPr>
            <w:tcW w:w="1872" w:type="dxa"/>
          </w:tcPr>
          <w:p w14:paraId="1D73364C" w14:textId="77777777" w:rsidR="00A45D25" w:rsidRPr="005E65A6" w:rsidRDefault="00A45D25">
            <w:pPr>
              <w:jc w:val="center"/>
              <w:rPr>
                <w:sz w:val="22"/>
              </w:rPr>
            </w:pPr>
          </w:p>
        </w:tc>
        <w:tc>
          <w:tcPr>
            <w:tcW w:w="864" w:type="dxa"/>
          </w:tcPr>
          <w:p w14:paraId="67F6C322" w14:textId="77777777" w:rsidR="00A45D25" w:rsidRPr="005E65A6" w:rsidRDefault="00A45D25">
            <w:pPr>
              <w:jc w:val="center"/>
              <w:rPr>
                <w:sz w:val="22"/>
              </w:rPr>
            </w:pPr>
          </w:p>
        </w:tc>
        <w:tc>
          <w:tcPr>
            <w:tcW w:w="864" w:type="dxa"/>
          </w:tcPr>
          <w:p w14:paraId="00A8D66B" w14:textId="77777777" w:rsidR="00A45D25" w:rsidRPr="005E65A6" w:rsidRDefault="00A45D25">
            <w:pPr>
              <w:jc w:val="center"/>
              <w:rPr>
                <w:sz w:val="22"/>
              </w:rPr>
            </w:pPr>
          </w:p>
        </w:tc>
        <w:tc>
          <w:tcPr>
            <w:tcW w:w="1072" w:type="dxa"/>
          </w:tcPr>
          <w:p w14:paraId="6836879B" w14:textId="77777777" w:rsidR="00A45D25" w:rsidRPr="005E65A6" w:rsidRDefault="00A45D25">
            <w:pPr>
              <w:jc w:val="center"/>
              <w:rPr>
                <w:sz w:val="22"/>
              </w:rPr>
            </w:pPr>
          </w:p>
        </w:tc>
      </w:tr>
      <w:tr w:rsidR="00A45D25" w:rsidRPr="005E65A6" w14:paraId="271B883F" w14:textId="77777777" w:rsidTr="00B629BA">
        <w:tc>
          <w:tcPr>
            <w:tcW w:w="3312" w:type="dxa"/>
          </w:tcPr>
          <w:p w14:paraId="250493DE" w14:textId="77777777" w:rsidR="00A45D25" w:rsidRPr="005E65A6" w:rsidRDefault="00000000">
            <w:pPr>
              <w:rPr>
                <w:sz w:val="22"/>
              </w:rPr>
            </w:pPr>
            <w:r w:rsidRPr="005E65A6">
              <w:rPr>
                <w:sz w:val="22"/>
              </w:rPr>
              <w:t>F. Aircraft Fuel Systems</w:t>
            </w:r>
          </w:p>
        </w:tc>
        <w:tc>
          <w:tcPr>
            <w:tcW w:w="1357" w:type="dxa"/>
          </w:tcPr>
          <w:p w14:paraId="3BA96771" w14:textId="77777777" w:rsidR="00A45D25" w:rsidRPr="005E65A6" w:rsidRDefault="00000000">
            <w:pPr>
              <w:jc w:val="center"/>
              <w:rPr>
                <w:sz w:val="22"/>
              </w:rPr>
            </w:pPr>
            <w:r w:rsidRPr="005E65A6">
              <w:rPr>
                <w:sz w:val="22"/>
              </w:rPr>
              <w:t>2</w:t>
            </w:r>
          </w:p>
        </w:tc>
        <w:tc>
          <w:tcPr>
            <w:tcW w:w="1872" w:type="dxa"/>
          </w:tcPr>
          <w:p w14:paraId="6CF231F0" w14:textId="77777777" w:rsidR="00A45D25" w:rsidRPr="005E65A6" w:rsidRDefault="00A45D25">
            <w:pPr>
              <w:jc w:val="center"/>
              <w:rPr>
                <w:sz w:val="22"/>
              </w:rPr>
            </w:pPr>
          </w:p>
        </w:tc>
        <w:tc>
          <w:tcPr>
            <w:tcW w:w="864" w:type="dxa"/>
          </w:tcPr>
          <w:p w14:paraId="2272C6DD" w14:textId="77777777" w:rsidR="00A45D25" w:rsidRPr="005E65A6" w:rsidRDefault="00A45D25">
            <w:pPr>
              <w:jc w:val="center"/>
              <w:rPr>
                <w:sz w:val="22"/>
              </w:rPr>
            </w:pPr>
          </w:p>
        </w:tc>
        <w:tc>
          <w:tcPr>
            <w:tcW w:w="864" w:type="dxa"/>
          </w:tcPr>
          <w:p w14:paraId="2843DDBC" w14:textId="77777777" w:rsidR="00A45D25" w:rsidRPr="005E65A6" w:rsidRDefault="00A45D25">
            <w:pPr>
              <w:jc w:val="center"/>
              <w:rPr>
                <w:sz w:val="22"/>
              </w:rPr>
            </w:pPr>
          </w:p>
        </w:tc>
        <w:tc>
          <w:tcPr>
            <w:tcW w:w="1072" w:type="dxa"/>
          </w:tcPr>
          <w:p w14:paraId="4E9E39C8" w14:textId="77777777" w:rsidR="00A45D25" w:rsidRPr="005E65A6" w:rsidRDefault="00A45D25">
            <w:pPr>
              <w:jc w:val="center"/>
              <w:rPr>
                <w:sz w:val="22"/>
              </w:rPr>
            </w:pPr>
          </w:p>
        </w:tc>
      </w:tr>
      <w:tr w:rsidR="00A45D25" w:rsidRPr="005E65A6" w14:paraId="131F3D22" w14:textId="77777777" w:rsidTr="00B629BA">
        <w:tc>
          <w:tcPr>
            <w:tcW w:w="3312" w:type="dxa"/>
          </w:tcPr>
          <w:p w14:paraId="6646A383" w14:textId="77777777" w:rsidR="00A45D25" w:rsidRPr="005E65A6" w:rsidRDefault="00000000">
            <w:pPr>
              <w:rPr>
                <w:sz w:val="22"/>
              </w:rPr>
            </w:pPr>
            <w:r w:rsidRPr="005E65A6">
              <w:rPr>
                <w:sz w:val="22"/>
              </w:rPr>
              <w:t>G. Aircraft Electrical Systems</w:t>
            </w:r>
          </w:p>
        </w:tc>
        <w:tc>
          <w:tcPr>
            <w:tcW w:w="1357" w:type="dxa"/>
          </w:tcPr>
          <w:p w14:paraId="3EFBD57F" w14:textId="77777777" w:rsidR="00A45D25" w:rsidRPr="005E65A6" w:rsidRDefault="00000000">
            <w:pPr>
              <w:jc w:val="center"/>
              <w:rPr>
                <w:sz w:val="22"/>
              </w:rPr>
            </w:pPr>
            <w:r w:rsidRPr="005E65A6">
              <w:rPr>
                <w:sz w:val="22"/>
              </w:rPr>
              <w:t>2</w:t>
            </w:r>
          </w:p>
        </w:tc>
        <w:tc>
          <w:tcPr>
            <w:tcW w:w="1872" w:type="dxa"/>
          </w:tcPr>
          <w:p w14:paraId="5E3A3B1B" w14:textId="77777777" w:rsidR="00A45D25" w:rsidRPr="005E65A6" w:rsidRDefault="00A45D25">
            <w:pPr>
              <w:jc w:val="center"/>
              <w:rPr>
                <w:sz w:val="22"/>
              </w:rPr>
            </w:pPr>
          </w:p>
        </w:tc>
        <w:tc>
          <w:tcPr>
            <w:tcW w:w="864" w:type="dxa"/>
          </w:tcPr>
          <w:p w14:paraId="7AFA7011" w14:textId="77777777" w:rsidR="00A45D25" w:rsidRPr="005E65A6" w:rsidRDefault="00A45D25">
            <w:pPr>
              <w:jc w:val="center"/>
              <w:rPr>
                <w:sz w:val="22"/>
              </w:rPr>
            </w:pPr>
          </w:p>
        </w:tc>
        <w:tc>
          <w:tcPr>
            <w:tcW w:w="864" w:type="dxa"/>
          </w:tcPr>
          <w:p w14:paraId="74AA46A4" w14:textId="77777777" w:rsidR="00A45D25" w:rsidRPr="005E65A6" w:rsidRDefault="00A45D25">
            <w:pPr>
              <w:jc w:val="center"/>
              <w:rPr>
                <w:sz w:val="22"/>
              </w:rPr>
            </w:pPr>
          </w:p>
        </w:tc>
        <w:tc>
          <w:tcPr>
            <w:tcW w:w="1072" w:type="dxa"/>
          </w:tcPr>
          <w:p w14:paraId="4364F531" w14:textId="77777777" w:rsidR="00A45D25" w:rsidRPr="005E65A6" w:rsidRDefault="00A45D25">
            <w:pPr>
              <w:jc w:val="center"/>
              <w:rPr>
                <w:sz w:val="22"/>
              </w:rPr>
            </w:pPr>
          </w:p>
        </w:tc>
      </w:tr>
      <w:tr w:rsidR="00A45D25" w:rsidRPr="005E65A6" w14:paraId="2EB841D6" w14:textId="77777777" w:rsidTr="00B629BA">
        <w:tc>
          <w:tcPr>
            <w:tcW w:w="3312" w:type="dxa"/>
          </w:tcPr>
          <w:p w14:paraId="3078FD25" w14:textId="2F8E65DF" w:rsidR="00A45D25" w:rsidRPr="005E65A6" w:rsidRDefault="00000000">
            <w:pPr>
              <w:rPr>
                <w:sz w:val="22"/>
              </w:rPr>
            </w:pPr>
            <w:r w:rsidRPr="005E65A6">
              <w:rPr>
                <w:sz w:val="22"/>
              </w:rPr>
              <w:t xml:space="preserve">H. Position </w:t>
            </w:r>
            <w:r w:rsidR="005E65A6">
              <w:rPr>
                <w:sz w:val="22"/>
              </w:rPr>
              <w:t>a</w:t>
            </w:r>
            <w:r w:rsidRPr="005E65A6">
              <w:rPr>
                <w:sz w:val="22"/>
              </w:rPr>
              <w:t>nd Warning System</w:t>
            </w:r>
          </w:p>
        </w:tc>
        <w:tc>
          <w:tcPr>
            <w:tcW w:w="1357" w:type="dxa"/>
          </w:tcPr>
          <w:p w14:paraId="2C944C55" w14:textId="77777777" w:rsidR="00A45D25" w:rsidRPr="005E65A6" w:rsidRDefault="00000000">
            <w:pPr>
              <w:jc w:val="center"/>
              <w:rPr>
                <w:sz w:val="22"/>
              </w:rPr>
            </w:pPr>
            <w:r w:rsidRPr="005E65A6">
              <w:rPr>
                <w:sz w:val="22"/>
              </w:rPr>
              <w:t>—</w:t>
            </w:r>
          </w:p>
        </w:tc>
        <w:tc>
          <w:tcPr>
            <w:tcW w:w="1872" w:type="dxa"/>
          </w:tcPr>
          <w:p w14:paraId="50413531" w14:textId="77777777" w:rsidR="00A45D25" w:rsidRPr="005E65A6" w:rsidRDefault="00A45D25">
            <w:pPr>
              <w:jc w:val="center"/>
              <w:rPr>
                <w:sz w:val="22"/>
              </w:rPr>
            </w:pPr>
          </w:p>
        </w:tc>
        <w:tc>
          <w:tcPr>
            <w:tcW w:w="864" w:type="dxa"/>
          </w:tcPr>
          <w:p w14:paraId="70A26A3F" w14:textId="77777777" w:rsidR="00A45D25" w:rsidRPr="005E65A6" w:rsidRDefault="00A45D25">
            <w:pPr>
              <w:jc w:val="center"/>
              <w:rPr>
                <w:sz w:val="22"/>
              </w:rPr>
            </w:pPr>
          </w:p>
        </w:tc>
        <w:tc>
          <w:tcPr>
            <w:tcW w:w="864" w:type="dxa"/>
          </w:tcPr>
          <w:p w14:paraId="21D2DDBD" w14:textId="77777777" w:rsidR="00A45D25" w:rsidRPr="005E65A6" w:rsidRDefault="00A45D25">
            <w:pPr>
              <w:jc w:val="center"/>
              <w:rPr>
                <w:sz w:val="22"/>
              </w:rPr>
            </w:pPr>
          </w:p>
        </w:tc>
        <w:tc>
          <w:tcPr>
            <w:tcW w:w="1072" w:type="dxa"/>
          </w:tcPr>
          <w:p w14:paraId="31915009" w14:textId="77777777" w:rsidR="00A45D25" w:rsidRPr="005E65A6" w:rsidRDefault="00A45D25">
            <w:pPr>
              <w:jc w:val="center"/>
              <w:rPr>
                <w:sz w:val="22"/>
              </w:rPr>
            </w:pPr>
          </w:p>
        </w:tc>
      </w:tr>
      <w:tr w:rsidR="00A45D25" w:rsidRPr="005E65A6" w14:paraId="19B8D703" w14:textId="77777777" w:rsidTr="00B629BA">
        <w:tc>
          <w:tcPr>
            <w:tcW w:w="3312" w:type="dxa"/>
          </w:tcPr>
          <w:p w14:paraId="6DC27D0A" w14:textId="2B0542C8" w:rsidR="00A45D25" w:rsidRPr="005E65A6" w:rsidRDefault="00000000">
            <w:pPr>
              <w:rPr>
                <w:sz w:val="22"/>
              </w:rPr>
            </w:pPr>
            <w:r w:rsidRPr="005E65A6">
              <w:rPr>
                <w:sz w:val="22"/>
              </w:rPr>
              <w:t xml:space="preserve">I. Ice </w:t>
            </w:r>
            <w:r w:rsidR="005E65A6">
              <w:rPr>
                <w:sz w:val="22"/>
              </w:rPr>
              <w:t>a</w:t>
            </w:r>
            <w:r w:rsidRPr="005E65A6">
              <w:rPr>
                <w:sz w:val="22"/>
              </w:rPr>
              <w:t>nd Rain Control Systems</w:t>
            </w:r>
          </w:p>
        </w:tc>
        <w:tc>
          <w:tcPr>
            <w:tcW w:w="1357" w:type="dxa"/>
          </w:tcPr>
          <w:p w14:paraId="5943E1B7" w14:textId="77777777" w:rsidR="00A45D25" w:rsidRPr="005E65A6" w:rsidRDefault="00000000">
            <w:pPr>
              <w:jc w:val="center"/>
              <w:rPr>
                <w:sz w:val="22"/>
              </w:rPr>
            </w:pPr>
            <w:r w:rsidRPr="005E65A6">
              <w:rPr>
                <w:sz w:val="22"/>
              </w:rPr>
              <w:t>—</w:t>
            </w:r>
          </w:p>
        </w:tc>
        <w:tc>
          <w:tcPr>
            <w:tcW w:w="1872" w:type="dxa"/>
          </w:tcPr>
          <w:p w14:paraId="1C3717B4" w14:textId="77777777" w:rsidR="00A45D25" w:rsidRPr="005E65A6" w:rsidRDefault="00A45D25">
            <w:pPr>
              <w:jc w:val="center"/>
              <w:rPr>
                <w:sz w:val="22"/>
              </w:rPr>
            </w:pPr>
          </w:p>
        </w:tc>
        <w:tc>
          <w:tcPr>
            <w:tcW w:w="864" w:type="dxa"/>
          </w:tcPr>
          <w:p w14:paraId="08950F4A" w14:textId="77777777" w:rsidR="00A45D25" w:rsidRPr="005E65A6" w:rsidRDefault="00A45D25">
            <w:pPr>
              <w:jc w:val="center"/>
              <w:rPr>
                <w:sz w:val="22"/>
              </w:rPr>
            </w:pPr>
          </w:p>
        </w:tc>
        <w:tc>
          <w:tcPr>
            <w:tcW w:w="864" w:type="dxa"/>
          </w:tcPr>
          <w:p w14:paraId="59783484" w14:textId="77777777" w:rsidR="00A45D25" w:rsidRPr="005E65A6" w:rsidRDefault="00A45D25">
            <w:pPr>
              <w:jc w:val="center"/>
              <w:rPr>
                <w:sz w:val="22"/>
              </w:rPr>
            </w:pPr>
          </w:p>
        </w:tc>
        <w:tc>
          <w:tcPr>
            <w:tcW w:w="1072" w:type="dxa"/>
          </w:tcPr>
          <w:p w14:paraId="7383935A" w14:textId="77777777" w:rsidR="00A45D25" w:rsidRPr="005E65A6" w:rsidRDefault="00A45D25">
            <w:pPr>
              <w:jc w:val="center"/>
              <w:rPr>
                <w:sz w:val="22"/>
              </w:rPr>
            </w:pPr>
          </w:p>
        </w:tc>
      </w:tr>
      <w:tr w:rsidR="00A45D25" w:rsidRPr="005E65A6" w14:paraId="5D47BADB" w14:textId="77777777" w:rsidTr="00B629BA">
        <w:tc>
          <w:tcPr>
            <w:tcW w:w="3312" w:type="dxa"/>
          </w:tcPr>
          <w:p w14:paraId="631D568B" w14:textId="77777777" w:rsidR="00A45D25" w:rsidRPr="005E65A6" w:rsidRDefault="00000000">
            <w:pPr>
              <w:rPr>
                <w:sz w:val="22"/>
              </w:rPr>
            </w:pPr>
            <w:r w:rsidRPr="005E65A6">
              <w:rPr>
                <w:sz w:val="22"/>
              </w:rPr>
              <w:t>J. Fire Protection Systems</w:t>
            </w:r>
          </w:p>
        </w:tc>
        <w:tc>
          <w:tcPr>
            <w:tcW w:w="1357" w:type="dxa"/>
          </w:tcPr>
          <w:p w14:paraId="778E0522" w14:textId="77777777" w:rsidR="00A45D25" w:rsidRPr="005E65A6" w:rsidRDefault="00000000">
            <w:pPr>
              <w:jc w:val="center"/>
              <w:rPr>
                <w:sz w:val="22"/>
              </w:rPr>
            </w:pPr>
            <w:r w:rsidRPr="005E65A6">
              <w:rPr>
                <w:sz w:val="22"/>
              </w:rPr>
              <w:t>—</w:t>
            </w:r>
          </w:p>
        </w:tc>
        <w:tc>
          <w:tcPr>
            <w:tcW w:w="1872" w:type="dxa"/>
          </w:tcPr>
          <w:p w14:paraId="1E67E61C" w14:textId="77777777" w:rsidR="00A45D25" w:rsidRPr="005E65A6" w:rsidRDefault="00A45D25">
            <w:pPr>
              <w:jc w:val="center"/>
              <w:rPr>
                <w:sz w:val="22"/>
              </w:rPr>
            </w:pPr>
          </w:p>
        </w:tc>
        <w:tc>
          <w:tcPr>
            <w:tcW w:w="864" w:type="dxa"/>
          </w:tcPr>
          <w:p w14:paraId="12F38449" w14:textId="77777777" w:rsidR="00A45D25" w:rsidRPr="005E65A6" w:rsidRDefault="00A45D25">
            <w:pPr>
              <w:jc w:val="center"/>
              <w:rPr>
                <w:sz w:val="22"/>
              </w:rPr>
            </w:pPr>
          </w:p>
        </w:tc>
        <w:tc>
          <w:tcPr>
            <w:tcW w:w="864" w:type="dxa"/>
          </w:tcPr>
          <w:p w14:paraId="23269C45" w14:textId="77777777" w:rsidR="00A45D25" w:rsidRPr="005E65A6" w:rsidRDefault="00A45D25">
            <w:pPr>
              <w:jc w:val="center"/>
              <w:rPr>
                <w:sz w:val="22"/>
              </w:rPr>
            </w:pPr>
          </w:p>
        </w:tc>
        <w:tc>
          <w:tcPr>
            <w:tcW w:w="1072" w:type="dxa"/>
          </w:tcPr>
          <w:p w14:paraId="1B45BBF1" w14:textId="77777777" w:rsidR="00A45D25" w:rsidRPr="005E65A6" w:rsidRDefault="00A45D25">
            <w:pPr>
              <w:jc w:val="center"/>
              <w:rPr>
                <w:sz w:val="22"/>
              </w:rPr>
            </w:pPr>
          </w:p>
        </w:tc>
      </w:tr>
    </w:tbl>
    <w:p w14:paraId="23D84724" w14:textId="77777777" w:rsidR="00A45D25" w:rsidRPr="005E65A6" w:rsidRDefault="00A45D25">
      <w:pPr>
        <w:spacing w:after="80"/>
        <w:rPr>
          <w:sz w:val="22"/>
        </w:rPr>
      </w:pPr>
    </w:p>
    <w:p w14:paraId="3B2DF2EA" w14:textId="77777777" w:rsidR="00A45D25" w:rsidRPr="005E65A6" w:rsidRDefault="00000000">
      <w:pPr>
        <w:pStyle w:val="Heading2"/>
        <w:rPr>
          <w:rFonts w:ascii="Arial" w:hAnsi="Arial" w:cs="Arial"/>
          <w:sz w:val="22"/>
          <w:szCs w:val="22"/>
        </w:rPr>
      </w:pPr>
      <w:r w:rsidRPr="005E65A6">
        <w:rPr>
          <w:rFonts w:ascii="Arial" w:hAnsi="Arial" w:cs="Arial"/>
          <w:sz w:val="22"/>
          <w:szCs w:val="22"/>
        </w:rPr>
        <w:t>Section V — ENGINE THEORY AND MAINTENANCE</w:t>
      </w:r>
    </w:p>
    <w:tbl>
      <w:tblPr>
        <w:tblStyle w:val="TableGrid"/>
        <w:tblW w:w="0" w:type="auto"/>
        <w:tblLook w:val="04A0" w:firstRow="1" w:lastRow="0" w:firstColumn="1" w:lastColumn="0" w:noHBand="0" w:noVBand="1"/>
      </w:tblPr>
      <w:tblGrid>
        <w:gridCol w:w="3255"/>
        <w:gridCol w:w="1537"/>
        <w:gridCol w:w="1844"/>
        <w:gridCol w:w="863"/>
        <w:gridCol w:w="889"/>
        <w:gridCol w:w="1207"/>
      </w:tblGrid>
      <w:tr w:rsidR="00B629BA" w:rsidRPr="005E65A6" w14:paraId="2B4A3B13" w14:textId="77777777" w:rsidTr="00B629BA">
        <w:tc>
          <w:tcPr>
            <w:tcW w:w="3312" w:type="dxa"/>
          </w:tcPr>
          <w:p w14:paraId="604A5621" w14:textId="336CD313" w:rsidR="00B629BA" w:rsidRPr="005E65A6" w:rsidRDefault="00B629BA" w:rsidP="00B629BA">
            <w:pPr>
              <w:rPr>
                <w:sz w:val="22"/>
              </w:rPr>
            </w:pPr>
            <w:r w:rsidRPr="005E65A6">
              <w:rPr>
                <w:b/>
                <w:color w:val="000000" w:themeColor="text1"/>
                <w:sz w:val="22"/>
              </w:rPr>
              <w:t>Area of Operation</w:t>
            </w:r>
          </w:p>
        </w:tc>
        <w:tc>
          <w:tcPr>
            <w:tcW w:w="1357" w:type="dxa"/>
          </w:tcPr>
          <w:p w14:paraId="1ED711FF" w14:textId="70EA492E" w:rsidR="00B629BA" w:rsidRPr="005E65A6" w:rsidRDefault="00B629BA" w:rsidP="00B629BA">
            <w:pPr>
              <w:jc w:val="center"/>
              <w:rPr>
                <w:sz w:val="22"/>
              </w:rPr>
            </w:pPr>
            <w:r w:rsidRPr="005E65A6">
              <w:rPr>
                <w:b/>
                <w:color w:val="000000" w:themeColor="text1"/>
                <w:sz w:val="22"/>
              </w:rPr>
              <w:t>Core Competency</w:t>
            </w:r>
            <w:r w:rsidRPr="005E65A6">
              <w:rPr>
                <w:b/>
                <w:color w:val="000000" w:themeColor="text1"/>
                <w:sz w:val="22"/>
              </w:rPr>
              <w:br/>
              <w:t>Element(s)</w:t>
            </w:r>
          </w:p>
        </w:tc>
        <w:tc>
          <w:tcPr>
            <w:tcW w:w="1872" w:type="dxa"/>
          </w:tcPr>
          <w:p w14:paraId="3BDA2D97" w14:textId="67065C46" w:rsidR="00B629BA" w:rsidRPr="005E65A6" w:rsidRDefault="00B629BA" w:rsidP="00B629BA">
            <w:pPr>
              <w:jc w:val="center"/>
              <w:rPr>
                <w:sz w:val="22"/>
              </w:rPr>
            </w:pPr>
            <w:r w:rsidRPr="005E65A6">
              <w:rPr>
                <w:b/>
                <w:color w:val="000000" w:themeColor="text1"/>
                <w:sz w:val="22"/>
              </w:rPr>
              <w:t>Additional</w:t>
            </w:r>
            <w:r w:rsidRPr="005E65A6">
              <w:rPr>
                <w:b/>
                <w:color w:val="000000" w:themeColor="text1"/>
                <w:sz w:val="22"/>
              </w:rPr>
              <w:br/>
              <w:t>Element(s) Tested</w:t>
            </w:r>
          </w:p>
        </w:tc>
        <w:tc>
          <w:tcPr>
            <w:tcW w:w="864" w:type="dxa"/>
          </w:tcPr>
          <w:p w14:paraId="3C13DE69" w14:textId="7A0EDF4A" w:rsidR="00B629BA" w:rsidRPr="005E65A6" w:rsidRDefault="00B629BA" w:rsidP="00B629BA">
            <w:pPr>
              <w:jc w:val="center"/>
              <w:rPr>
                <w:sz w:val="22"/>
              </w:rPr>
            </w:pPr>
            <w:r w:rsidRPr="005E65A6">
              <w:rPr>
                <w:b/>
                <w:color w:val="000000" w:themeColor="text1"/>
                <w:sz w:val="22"/>
              </w:rPr>
              <w:t>Level</w:t>
            </w:r>
            <w:r w:rsidRPr="005E65A6">
              <w:rPr>
                <w:b/>
                <w:color w:val="000000" w:themeColor="text1"/>
                <w:sz w:val="22"/>
              </w:rPr>
              <w:br/>
              <w:t>(1/2/3)</w:t>
            </w:r>
          </w:p>
        </w:tc>
        <w:tc>
          <w:tcPr>
            <w:tcW w:w="864" w:type="dxa"/>
          </w:tcPr>
          <w:p w14:paraId="614832D7" w14:textId="27990F5F" w:rsidR="00B629BA" w:rsidRPr="005E65A6" w:rsidRDefault="00B629BA" w:rsidP="00B629BA">
            <w:pPr>
              <w:jc w:val="center"/>
              <w:rPr>
                <w:sz w:val="22"/>
              </w:rPr>
            </w:pPr>
            <w:r w:rsidRPr="005E65A6">
              <w:rPr>
                <w:b/>
                <w:color w:val="000000" w:themeColor="text1"/>
                <w:sz w:val="22"/>
              </w:rPr>
              <w:t>Result</w:t>
            </w:r>
            <w:r w:rsidRPr="005E65A6">
              <w:rPr>
                <w:b/>
                <w:color w:val="000000" w:themeColor="text1"/>
                <w:sz w:val="22"/>
              </w:rPr>
              <w:br/>
              <w:t>(S / U)</w:t>
            </w:r>
          </w:p>
        </w:tc>
        <w:tc>
          <w:tcPr>
            <w:tcW w:w="1072" w:type="dxa"/>
          </w:tcPr>
          <w:p w14:paraId="29D35400" w14:textId="35EF8229" w:rsidR="00B629BA" w:rsidRPr="005E65A6" w:rsidRDefault="00B629BA" w:rsidP="00B629BA">
            <w:pPr>
              <w:jc w:val="center"/>
              <w:rPr>
                <w:sz w:val="22"/>
              </w:rPr>
            </w:pPr>
            <w:r w:rsidRPr="005E65A6">
              <w:rPr>
                <w:b/>
                <w:color w:val="000000" w:themeColor="text1"/>
                <w:sz w:val="22"/>
              </w:rPr>
              <w:t>Examiner</w:t>
            </w:r>
            <w:r w:rsidRPr="005E65A6">
              <w:rPr>
                <w:b/>
                <w:color w:val="000000" w:themeColor="text1"/>
                <w:sz w:val="22"/>
              </w:rPr>
              <w:br/>
              <w:t>Initials</w:t>
            </w:r>
          </w:p>
        </w:tc>
      </w:tr>
      <w:tr w:rsidR="00A45D25" w:rsidRPr="005E65A6" w14:paraId="111B77A6" w14:textId="77777777" w:rsidTr="00B629BA">
        <w:tc>
          <w:tcPr>
            <w:tcW w:w="3312" w:type="dxa"/>
          </w:tcPr>
          <w:p w14:paraId="3F753B19" w14:textId="77777777" w:rsidR="00A45D25" w:rsidRPr="005E65A6" w:rsidRDefault="00000000">
            <w:pPr>
              <w:rPr>
                <w:sz w:val="22"/>
              </w:rPr>
            </w:pPr>
            <w:r w:rsidRPr="005E65A6">
              <w:rPr>
                <w:sz w:val="22"/>
              </w:rPr>
              <w:t>A. Piston/Reciprocating Engines</w:t>
            </w:r>
          </w:p>
        </w:tc>
        <w:tc>
          <w:tcPr>
            <w:tcW w:w="1357" w:type="dxa"/>
          </w:tcPr>
          <w:p w14:paraId="0F68FEC8" w14:textId="77777777" w:rsidR="00A45D25" w:rsidRPr="005E65A6" w:rsidRDefault="00000000">
            <w:pPr>
              <w:jc w:val="center"/>
              <w:rPr>
                <w:sz w:val="22"/>
              </w:rPr>
            </w:pPr>
            <w:r w:rsidRPr="005E65A6">
              <w:rPr>
                <w:sz w:val="22"/>
              </w:rPr>
              <w:t>—</w:t>
            </w:r>
          </w:p>
        </w:tc>
        <w:tc>
          <w:tcPr>
            <w:tcW w:w="1872" w:type="dxa"/>
          </w:tcPr>
          <w:p w14:paraId="4A030A2F" w14:textId="77777777" w:rsidR="00A45D25" w:rsidRPr="005E65A6" w:rsidRDefault="00A45D25">
            <w:pPr>
              <w:jc w:val="center"/>
              <w:rPr>
                <w:sz w:val="22"/>
              </w:rPr>
            </w:pPr>
          </w:p>
        </w:tc>
        <w:tc>
          <w:tcPr>
            <w:tcW w:w="864" w:type="dxa"/>
          </w:tcPr>
          <w:p w14:paraId="71AA8A82" w14:textId="77777777" w:rsidR="00A45D25" w:rsidRPr="005E65A6" w:rsidRDefault="00A45D25">
            <w:pPr>
              <w:jc w:val="center"/>
              <w:rPr>
                <w:sz w:val="22"/>
              </w:rPr>
            </w:pPr>
          </w:p>
        </w:tc>
        <w:tc>
          <w:tcPr>
            <w:tcW w:w="864" w:type="dxa"/>
          </w:tcPr>
          <w:p w14:paraId="36908A79" w14:textId="77777777" w:rsidR="00A45D25" w:rsidRPr="005E65A6" w:rsidRDefault="00A45D25">
            <w:pPr>
              <w:jc w:val="center"/>
              <w:rPr>
                <w:sz w:val="22"/>
              </w:rPr>
            </w:pPr>
          </w:p>
        </w:tc>
        <w:tc>
          <w:tcPr>
            <w:tcW w:w="1072" w:type="dxa"/>
          </w:tcPr>
          <w:p w14:paraId="621D1780" w14:textId="77777777" w:rsidR="00A45D25" w:rsidRPr="005E65A6" w:rsidRDefault="00A45D25">
            <w:pPr>
              <w:jc w:val="center"/>
              <w:rPr>
                <w:sz w:val="22"/>
              </w:rPr>
            </w:pPr>
          </w:p>
        </w:tc>
      </w:tr>
      <w:tr w:rsidR="00A45D25" w:rsidRPr="005E65A6" w14:paraId="44EF3AB4" w14:textId="77777777" w:rsidTr="00B629BA">
        <w:tc>
          <w:tcPr>
            <w:tcW w:w="3312" w:type="dxa"/>
          </w:tcPr>
          <w:p w14:paraId="65C9CF3A" w14:textId="77777777" w:rsidR="00A45D25" w:rsidRPr="005E65A6" w:rsidRDefault="00000000">
            <w:pPr>
              <w:rPr>
                <w:sz w:val="22"/>
              </w:rPr>
            </w:pPr>
            <w:r w:rsidRPr="005E65A6">
              <w:rPr>
                <w:sz w:val="22"/>
              </w:rPr>
              <w:t>B. Turbine Engines</w:t>
            </w:r>
          </w:p>
        </w:tc>
        <w:tc>
          <w:tcPr>
            <w:tcW w:w="1357" w:type="dxa"/>
          </w:tcPr>
          <w:p w14:paraId="0A1FDF8E" w14:textId="77777777" w:rsidR="00A45D25" w:rsidRPr="005E65A6" w:rsidRDefault="00000000">
            <w:pPr>
              <w:jc w:val="center"/>
              <w:rPr>
                <w:sz w:val="22"/>
              </w:rPr>
            </w:pPr>
            <w:r w:rsidRPr="005E65A6">
              <w:rPr>
                <w:sz w:val="22"/>
              </w:rPr>
              <w:t>—</w:t>
            </w:r>
          </w:p>
        </w:tc>
        <w:tc>
          <w:tcPr>
            <w:tcW w:w="1872" w:type="dxa"/>
          </w:tcPr>
          <w:p w14:paraId="03D00B41" w14:textId="77777777" w:rsidR="00A45D25" w:rsidRPr="005E65A6" w:rsidRDefault="00A45D25">
            <w:pPr>
              <w:jc w:val="center"/>
              <w:rPr>
                <w:sz w:val="22"/>
              </w:rPr>
            </w:pPr>
          </w:p>
        </w:tc>
        <w:tc>
          <w:tcPr>
            <w:tcW w:w="864" w:type="dxa"/>
          </w:tcPr>
          <w:p w14:paraId="5F4C66B9" w14:textId="77777777" w:rsidR="00A45D25" w:rsidRPr="005E65A6" w:rsidRDefault="00A45D25">
            <w:pPr>
              <w:jc w:val="center"/>
              <w:rPr>
                <w:sz w:val="22"/>
              </w:rPr>
            </w:pPr>
          </w:p>
        </w:tc>
        <w:tc>
          <w:tcPr>
            <w:tcW w:w="864" w:type="dxa"/>
          </w:tcPr>
          <w:p w14:paraId="110DA432" w14:textId="77777777" w:rsidR="00A45D25" w:rsidRPr="005E65A6" w:rsidRDefault="00A45D25">
            <w:pPr>
              <w:jc w:val="center"/>
              <w:rPr>
                <w:sz w:val="22"/>
              </w:rPr>
            </w:pPr>
          </w:p>
        </w:tc>
        <w:tc>
          <w:tcPr>
            <w:tcW w:w="1072" w:type="dxa"/>
          </w:tcPr>
          <w:p w14:paraId="5360D599" w14:textId="77777777" w:rsidR="00A45D25" w:rsidRPr="005E65A6" w:rsidRDefault="00A45D25">
            <w:pPr>
              <w:jc w:val="center"/>
              <w:rPr>
                <w:sz w:val="22"/>
              </w:rPr>
            </w:pPr>
          </w:p>
        </w:tc>
      </w:tr>
      <w:tr w:rsidR="00A45D25" w:rsidRPr="005E65A6" w14:paraId="5BF8A380" w14:textId="77777777" w:rsidTr="00B629BA">
        <w:tc>
          <w:tcPr>
            <w:tcW w:w="3312" w:type="dxa"/>
          </w:tcPr>
          <w:p w14:paraId="28ABE95A" w14:textId="77777777" w:rsidR="00A45D25" w:rsidRPr="005E65A6" w:rsidRDefault="00000000">
            <w:pPr>
              <w:rPr>
                <w:sz w:val="22"/>
              </w:rPr>
            </w:pPr>
            <w:r w:rsidRPr="005E65A6">
              <w:rPr>
                <w:sz w:val="22"/>
              </w:rPr>
              <w:t>C. Engine Inspection</w:t>
            </w:r>
          </w:p>
        </w:tc>
        <w:tc>
          <w:tcPr>
            <w:tcW w:w="1357" w:type="dxa"/>
          </w:tcPr>
          <w:p w14:paraId="6623F2FE" w14:textId="77777777" w:rsidR="00A45D25" w:rsidRPr="005E65A6" w:rsidRDefault="00000000">
            <w:pPr>
              <w:jc w:val="center"/>
              <w:rPr>
                <w:sz w:val="22"/>
              </w:rPr>
            </w:pPr>
            <w:r w:rsidRPr="005E65A6">
              <w:rPr>
                <w:sz w:val="22"/>
              </w:rPr>
              <w:t>2</w:t>
            </w:r>
          </w:p>
        </w:tc>
        <w:tc>
          <w:tcPr>
            <w:tcW w:w="1872" w:type="dxa"/>
          </w:tcPr>
          <w:p w14:paraId="0C2DD730" w14:textId="77777777" w:rsidR="00A45D25" w:rsidRPr="005E65A6" w:rsidRDefault="00A45D25">
            <w:pPr>
              <w:jc w:val="center"/>
              <w:rPr>
                <w:sz w:val="22"/>
              </w:rPr>
            </w:pPr>
          </w:p>
        </w:tc>
        <w:tc>
          <w:tcPr>
            <w:tcW w:w="864" w:type="dxa"/>
          </w:tcPr>
          <w:p w14:paraId="55A508E7" w14:textId="77777777" w:rsidR="00A45D25" w:rsidRPr="005E65A6" w:rsidRDefault="00A45D25">
            <w:pPr>
              <w:jc w:val="center"/>
              <w:rPr>
                <w:sz w:val="22"/>
              </w:rPr>
            </w:pPr>
          </w:p>
        </w:tc>
        <w:tc>
          <w:tcPr>
            <w:tcW w:w="864" w:type="dxa"/>
          </w:tcPr>
          <w:p w14:paraId="37537629" w14:textId="77777777" w:rsidR="00A45D25" w:rsidRPr="005E65A6" w:rsidRDefault="00A45D25">
            <w:pPr>
              <w:jc w:val="center"/>
              <w:rPr>
                <w:sz w:val="22"/>
              </w:rPr>
            </w:pPr>
          </w:p>
        </w:tc>
        <w:tc>
          <w:tcPr>
            <w:tcW w:w="1072" w:type="dxa"/>
          </w:tcPr>
          <w:p w14:paraId="17E8E07C" w14:textId="77777777" w:rsidR="00A45D25" w:rsidRPr="005E65A6" w:rsidRDefault="00A45D25">
            <w:pPr>
              <w:jc w:val="center"/>
              <w:rPr>
                <w:sz w:val="22"/>
              </w:rPr>
            </w:pPr>
          </w:p>
        </w:tc>
      </w:tr>
    </w:tbl>
    <w:p w14:paraId="6CA55704" w14:textId="77777777" w:rsidR="00A45D25" w:rsidRPr="005E65A6" w:rsidRDefault="00A45D25">
      <w:pPr>
        <w:spacing w:after="80"/>
        <w:rPr>
          <w:sz w:val="22"/>
        </w:rPr>
      </w:pPr>
    </w:p>
    <w:p w14:paraId="1E08156A" w14:textId="77777777" w:rsidR="00A45D25" w:rsidRPr="005E65A6" w:rsidRDefault="00000000">
      <w:pPr>
        <w:pStyle w:val="Heading2"/>
        <w:rPr>
          <w:rFonts w:ascii="Arial" w:hAnsi="Arial" w:cs="Arial"/>
          <w:sz w:val="22"/>
          <w:szCs w:val="22"/>
        </w:rPr>
      </w:pPr>
      <w:r w:rsidRPr="005E65A6">
        <w:rPr>
          <w:rFonts w:ascii="Arial" w:hAnsi="Arial" w:cs="Arial"/>
          <w:sz w:val="22"/>
          <w:szCs w:val="22"/>
        </w:rPr>
        <w:t>Section VI — ENGINES SYSTEMS AND COMPONENTS</w:t>
      </w:r>
    </w:p>
    <w:tbl>
      <w:tblPr>
        <w:tblStyle w:val="TableGrid"/>
        <w:tblW w:w="0" w:type="auto"/>
        <w:tblLook w:val="04A0" w:firstRow="1" w:lastRow="0" w:firstColumn="1" w:lastColumn="0" w:noHBand="0" w:noVBand="1"/>
      </w:tblPr>
      <w:tblGrid>
        <w:gridCol w:w="3244"/>
        <w:gridCol w:w="1537"/>
        <w:gridCol w:w="1854"/>
        <w:gridCol w:w="864"/>
        <w:gridCol w:w="889"/>
        <w:gridCol w:w="1207"/>
      </w:tblGrid>
      <w:tr w:rsidR="00B629BA" w:rsidRPr="005E65A6" w14:paraId="45CF76F9" w14:textId="77777777" w:rsidTr="00B629BA">
        <w:tc>
          <w:tcPr>
            <w:tcW w:w="3312" w:type="dxa"/>
          </w:tcPr>
          <w:p w14:paraId="23185F2C" w14:textId="6692032B" w:rsidR="00B629BA" w:rsidRPr="005E65A6" w:rsidRDefault="00B629BA" w:rsidP="00B629BA">
            <w:pPr>
              <w:rPr>
                <w:sz w:val="22"/>
              </w:rPr>
            </w:pPr>
            <w:r w:rsidRPr="005E65A6">
              <w:rPr>
                <w:b/>
                <w:color w:val="000000" w:themeColor="text1"/>
                <w:sz w:val="22"/>
              </w:rPr>
              <w:t>Area of Operation</w:t>
            </w:r>
          </w:p>
        </w:tc>
        <w:tc>
          <w:tcPr>
            <w:tcW w:w="1357" w:type="dxa"/>
          </w:tcPr>
          <w:p w14:paraId="7907E96E" w14:textId="0A907EB6" w:rsidR="00B629BA" w:rsidRPr="005E65A6" w:rsidRDefault="00B629BA" w:rsidP="00B629BA">
            <w:pPr>
              <w:jc w:val="center"/>
              <w:rPr>
                <w:sz w:val="22"/>
              </w:rPr>
            </w:pPr>
            <w:r w:rsidRPr="005E65A6">
              <w:rPr>
                <w:b/>
                <w:color w:val="000000" w:themeColor="text1"/>
                <w:sz w:val="22"/>
              </w:rPr>
              <w:t>Core Competency</w:t>
            </w:r>
            <w:r w:rsidRPr="005E65A6">
              <w:rPr>
                <w:b/>
                <w:color w:val="000000" w:themeColor="text1"/>
                <w:sz w:val="22"/>
              </w:rPr>
              <w:br/>
              <w:t>Element(s)</w:t>
            </w:r>
          </w:p>
        </w:tc>
        <w:tc>
          <w:tcPr>
            <w:tcW w:w="1872" w:type="dxa"/>
          </w:tcPr>
          <w:p w14:paraId="3F9327FB" w14:textId="6459C9C8" w:rsidR="00B629BA" w:rsidRPr="005E65A6" w:rsidRDefault="00B629BA" w:rsidP="00B629BA">
            <w:pPr>
              <w:jc w:val="center"/>
              <w:rPr>
                <w:sz w:val="22"/>
              </w:rPr>
            </w:pPr>
            <w:r w:rsidRPr="005E65A6">
              <w:rPr>
                <w:b/>
                <w:color w:val="000000" w:themeColor="text1"/>
                <w:sz w:val="22"/>
              </w:rPr>
              <w:t>Additional</w:t>
            </w:r>
            <w:r w:rsidRPr="005E65A6">
              <w:rPr>
                <w:b/>
                <w:color w:val="000000" w:themeColor="text1"/>
                <w:sz w:val="22"/>
              </w:rPr>
              <w:br/>
              <w:t>Element(s) Tested</w:t>
            </w:r>
          </w:p>
        </w:tc>
        <w:tc>
          <w:tcPr>
            <w:tcW w:w="864" w:type="dxa"/>
          </w:tcPr>
          <w:p w14:paraId="0B71AE50" w14:textId="639EEA4D" w:rsidR="00B629BA" w:rsidRPr="005E65A6" w:rsidRDefault="00B629BA" w:rsidP="00B629BA">
            <w:pPr>
              <w:jc w:val="center"/>
              <w:rPr>
                <w:sz w:val="22"/>
              </w:rPr>
            </w:pPr>
            <w:r w:rsidRPr="005E65A6">
              <w:rPr>
                <w:b/>
                <w:color w:val="000000" w:themeColor="text1"/>
                <w:sz w:val="22"/>
              </w:rPr>
              <w:t>Level</w:t>
            </w:r>
            <w:r w:rsidRPr="005E65A6">
              <w:rPr>
                <w:b/>
                <w:color w:val="000000" w:themeColor="text1"/>
                <w:sz w:val="22"/>
              </w:rPr>
              <w:br/>
              <w:t>(1/2/3)</w:t>
            </w:r>
          </w:p>
        </w:tc>
        <w:tc>
          <w:tcPr>
            <w:tcW w:w="864" w:type="dxa"/>
          </w:tcPr>
          <w:p w14:paraId="2338FCA5" w14:textId="628F7459" w:rsidR="00B629BA" w:rsidRPr="005E65A6" w:rsidRDefault="00B629BA" w:rsidP="00B629BA">
            <w:pPr>
              <w:jc w:val="center"/>
              <w:rPr>
                <w:sz w:val="22"/>
              </w:rPr>
            </w:pPr>
            <w:r w:rsidRPr="005E65A6">
              <w:rPr>
                <w:b/>
                <w:color w:val="000000" w:themeColor="text1"/>
                <w:sz w:val="22"/>
              </w:rPr>
              <w:t>Result</w:t>
            </w:r>
            <w:r w:rsidRPr="005E65A6">
              <w:rPr>
                <w:b/>
                <w:color w:val="000000" w:themeColor="text1"/>
                <w:sz w:val="22"/>
              </w:rPr>
              <w:br/>
              <w:t>(S / U)</w:t>
            </w:r>
          </w:p>
        </w:tc>
        <w:tc>
          <w:tcPr>
            <w:tcW w:w="1072" w:type="dxa"/>
          </w:tcPr>
          <w:p w14:paraId="5C4107A7" w14:textId="346F5525" w:rsidR="00B629BA" w:rsidRPr="005E65A6" w:rsidRDefault="00B629BA" w:rsidP="00B629BA">
            <w:pPr>
              <w:jc w:val="center"/>
              <w:rPr>
                <w:sz w:val="22"/>
              </w:rPr>
            </w:pPr>
            <w:r w:rsidRPr="005E65A6">
              <w:rPr>
                <w:b/>
                <w:color w:val="000000" w:themeColor="text1"/>
                <w:sz w:val="22"/>
              </w:rPr>
              <w:t>Examiner</w:t>
            </w:r>
            <w:r w:rsidRPr="005E65A6">
              <w:rPr>
                <w:b/>
                <w:color w:val="000000" w:themeColor="text1"/>
                <w:sz w:val="22"/>
              </w:rPr>
              <w:br/>
              <w:t>Initials</w:t>
            </w:r>
          </w:p>
        </w:tc>
      </w:tr>
      <w:tr w:rsidR="00A45D25" w:rsidRPr="005E65A6" w14:paraId="06C59FDB" w14:textId="77777777" w:rsidTr="00B629BA">
        <w:tc>
          <w:tcPr>
            <w:tcW w:w="3312" w:type="dxa"/>
          </w:tcPr>
          <w:p w14:paraId="4AD6AA3B" w14:textId="77777777" w:rsidR="00A45D25" w:rsidRPr="005E65A6" w:rsidRDefault="00000000">
            <w:pPr>
              <w:rPr>
                <w:sz w:val="22"/>
              </w:rPr>
            </w:pPr>
            <w:r w:rsidRPr="005E65A6">
              <w:rPr>
                <w:sz w:val="22"/>
              </w:rPr>
              <w:t>A. Engine Instrument Systems</w:t>
            </w:r>
          </w:p>
        </w:tc>
        <w:tc>
          <w:tcPr>
            <w:tcW w:w="1357" w:type="dxa"/>
          </w:tcPr>
          <w:p w14:paraId="284D840F" w14:textId="77777777" w:rsidR="00A45D25" w:rsidRPr="005E65A6" w:rsidRDefault="00000000">
            <w:pPr>
              <w:jc w:val="center"/>
              <w:rPr>
                <w:sz w:val="22"/>
              </w:rPr>
            </w:pPr>
            <w:r w:rsidRPr="005E65A6">
              <w:rPr>
                <w:sz w:val="22"/>
              </w:rPr>
              <w:t>2</w:t>
            </w:r>
          </w:p>
        </w:tc>
        <w:tc>
          <w:tcPr>
            <w:tcW w:w="1872" w:type="dxa"/>
          </w:tcPr>
          <w:p w14:paraId="40CFF922" w14:textId="77777777" w:rsidR="00A45D25" w:rsidRPr="005E65A6" w:rsidRDefault="00A45D25">
            <w:pPr>
              <w:jc w:val="center"/>
              <w:rPr>
                <w:sz w:val="22"/>
              </w:rPr>
            </w:pPr>
          </w:p>
        </w:tc>
        <w:tc>
          <w:tcPr>
            <w:tcW w:w="864" w:type="dxa"/>
          </w:tcPr>
          <w:p w14:paraId="05956459" w14:textId="77777777" w:rsidR="00A45D25" w:rsidRPr="005E65A6" w:rsidRDefault="00A45D25">
            <w:pPr>
              <w:jc w:val="center"/>
              <w:rPr>
                <w:sz w:val="22"/>
              </w:rPr>
            </w:pPr>
          </w:p>
        </w:tc>
        <w:tc>
          <w:tcPr>
            <w:tcW w:w="864" w:type="dxa"/>
          </w:tcPr>
          <w:p w14:paraId="4F375963" w14:textId="77777777" w:rsidR="00A45D25" w:rsidRPr="005E65A6" w:rsidRDefault="00A45D25">
            <w:pPr>
              <w:jc w:val="center"/>
              <w:rPr>
                <w:sz w:val="22"/>
              </w:rPr>
            </w:pPr>
          </w:p>
        </w:tc>
        <w:tc>
          <w:tcPr>
            <w:tcW w:w="1072" w:type="dxa"/>
          </w:tcPr>
          <w:p w14:paraId="196D0781" w14:textId="77777777" w:rsidR="00A45D25" w:rsidRPr="005E65A6" w:rsidRDefault="00A45D25">
            <w:pPr>
              <w:jc w:val="center"/>
              <w:rPr>
                <w:sz w:val="22"/>
              </w:rPr>
            </w:pPr>
          </w:p>
        </w:tc>
      </w:tr>
      <w:tr w:rsidR="00A45D25" w:rsidRPr="005E65A6" w14:paraId="4EE3BE7B" w14:textId="77777777" w:rsidTr="00B629BA">
        <w:tc>
          <w:tcPr>
            <w:tcW w:w="3312" w:type="dxa"/>
          </w:tcPr>
          <w:p w14:paraId="66924CAE" w14:textId="77777777" w:rsidR="00A45D25" w:rsidRPr="005E65A6" w:rsidRDefault="00000000">
            <w:pPr>
              <w:rPr>
                <w:sz w:val="22"/>
              </w:rPr>
            </w:pPr>
            <w:r w:rsidRPr="005E65A6">
              <w:rPr>
                <w:sz w:val="22"/>
              </w:rPr>
              <w:t>B. Engine Fire Protection Systems</w:t>
            </w:r>
          </w:p>
        </w:tc>
        <w:tc>
          <w:tcPr>
            <w:tcW w:w="1357" w:type="dxa"/>
          </w:tcPr>
          <w:p w14:paraId="15948AED" w14:textId="77777777" w:rsidR="00A45D25" w:rsidRPr="005E65A6" w:rsidRDefault="00000000">
            <w:pPr>
              <w:jc w:val="center"/>
              <w:rPr>
                <w:sz w:val="22"/>
              </w:rPr>
            </w:pPr>
            <w:r w:rsidRPr="005E65A6">
              <w:rPr>
                <w:sz w:val="22"/>
              </w:rPr>
              <w:t>—</w:t>
            </w:r>
          </w:p>
        </w:tc>
        <w:tc>
          <w:tcPr>
            <w:tcW w:w="1872" w:type="dxa"/>
          </w:tcPr>
          <w:p w14:paraId="7EA26628" w14:textId="77777777" w:rsidR="00A45D25" w:rsidRPr="005E65A6" w:rsidRDefault="00A45D25">
            <w:pPr>
              <w:jc w:val="center"/>
              <w:rPr>
                <w:sz w:val="22"/>
              </w:rPr>
            </w:pPr>
          </w:p>
        </w:tc>
        <w:tc>
          <w:tcPr>
            <w:tcW w:w="864" w:type="dxa"/>
          </w:tcPr>
          <w:p w14:paraId="37361859" w14:textId="77777777" w:rsidR="00A45D25" w:rsidRPr="005E65A6" w:rsidRDefault="00A45D25">
            <w:pPr>
              <w:jc w:val="center"/>
              <w:rPr>
                <w:sz w:val="22"/>
              </w:rPr>
            </w:pPr>
          </w:p>
        </w:tc>
        <w:tc>
          <w:tcPr>
            <w:tcW w:w="864" w:type="dxa"/>
          </w:tcPr>
          <w:p w14:paraId="3150E613" w14:textId="77777777" w:rsidR="00A45D25" w:rsidRPr="005E65A6" w:rsidRDefault="00A45D25">
            <w:pPr>
              <w:jc w:val="center"/>
              <w:rPr>
                <w:sz w:val="22"/>
              </w:rPr>
            </w:pPr>
          </w:p>
        </w:tc>
        <w:tc>
          <w:tcPr>
            <w:tcW w:w="1072" w:type="dxa"/>
          </w:tcPr>
          <w:p w14:paraId="07973548" w14:textId="77777777" w:rsidR="00A45D25" w:rsidRPr="005E65A6" w:rsidRDefault="00A45D25">
            <w:pPr>
              <w:jc w:val="center"/>
              <w:rPr>
                <w:sz w:val="22"/>
              </w:rPr>
            </w:pPr>
          </w:p>
        </w:tc>
      </w:tr>
      <w:tr w:rsidR="00A45D25" w:rsidRPr="005E65A6" w14:paraId="3C355F04" w14:textId="77777777" w:rsidTr="00B629BA">
        <w:tc>
          <w:tcPr>
            <w:tcW w:w="3312" w:type="dxa"/>
          </w:tcPr>
          <w:p w14:paraId="120F5EC9" w14:textId="77777777" w:rsidR="00A45D25" w:rsidRPr="005E65A6" w:rsidRDefault="00000000">
            <w:pPr>
              <w:rPr>
                <w:sz w:val="22"/>
              </w:rPr>
            </w:pPr>
            <w:r w:rsidRPr="005E65A6">
              <w:rPr>
                <w:sz w:val="22"/>
              </w:rPr>
              <w:t>C. Engine Electrical Systems</w:t>
            </w:r>
          </w:p>
        </w:tc>
        <w:tc>
          <w:tcPr>
            <w:tcW w:w="1357" w:type="dxa"/>
          </w:tcPr>
          <w:p w14:paraId="72B40049" w14:textId="77777777" w:rsidR="00A45D25" w:rsidRPr="005E65A6" w:rsidRDefault="00000000">
            <w:pPr>
              <w:jc w:val="center"/>
              <w:rPr>
                <w:sz w:val="22"/>
              </w:rPr>
            </w:pPr>
            <w:r w:rsidRPr="005E65A6">
              <w:rPr>
                <w:sz w:val="22"/>
              </w:rPr>
              <w:t>—</w:t>
            </w:r>
          </w:p>
        </w:tc>
        <w:tc>
          <w:tcPr>
            <w:tcW w:w="1872" w:type="dxa"/>
          </w:tcPr>
          <w:p w14:paraId="7E7BE45B" w14:textId="77777777" w:rsidR="00A45D25" w:rsidRPr="005E65A6" w:rsidRDefault="00A45D25">
            <w:pPr>
              <w:jc w:val="center"/>
              <w:rPr>
                <w:sz w:val="22"/>
              </w:rPr>
            </w:pPr>
          </w:p>
        </w:tc>
        <w:tc>
          <w:tcPr>
            <w:tcW w:w="864" w:type="dxa"/>
          </w:tcPr>
          <w:p w14:paraId="71F4705D" w14:textId="77777777" w:rsidR="00A45D25" w:rsidRPr="005E65A6" w:rsidRDefault="00A45D25">
            <w:pPr>
              <w:jc w:val="center"/>
              <w:rPr>
                <w:sz w:val="22"/>
              </w:rPr>
            </w:pPr>
          </w:p>
        </w:tc>
        <w:tc>
          <w:tcPr>
            <w:tcW w:w="864" w:type="dxa"/>
          </w:tcPr>
          <w:p w14:paraId="4987A2FC" w14:textId="77777777" w:rsidR="00A45D25" w:rsidRPr="005E65A6" w:rsidRDefault="00A45D25">
            <w:pPr>
              <w:jc w:val="center"/>
              <w:rPr>
                <w:sz w:val="22"/>
              </w:rPr>
            </w:pPr>
          </w:p>
        </w:tc>
        <w:tc>
          <w:tcPr>
            <w:tcW w:w="1072" w:type="dxa"/>
          </w:tcPr>
          <w:p w14:paraId="7384797B" w14:textId="77777777" w:rsidR="00A45D25" w:rsidRPr="005E65A6" w:rsidRDefault="00A45D25">
            <w:pPr>
              <w:jc w:val="center"/>
              <w:rPr>
                <w:sz w:val="22"/>
              </w:rPr>
            </w:pPr>
          </w:p>
        </w:tc>
      </w:tr>
      <w:tr w:rsidR="00A45D25" w:rsidRPr="005E65A6" w14:paraId="7B1F5489" w14:textId="77777777" w:rsidTr="00B629BA">
        <w:tc>
          <w:tcPr>
            <w:tcW w:w="3312" w:type="dxa"/>
          </w:tcPr>
          <w:p w14:paraId="668AF5B1" w14:textId="77777777" w:rsidR="00A45D25" w:rsidRPr="005E65A6" w:rsidRDefault="00000000">
            <w:pPr>
              <w:rPr>
                <w:sz w:val="22"/>
              </w:rPr>
            </w:pPr>
            <w:r w:rsidRPr="005E65A6">
              <w:rPr>
                <w:sz w:val="22"/>
              </w:rPr>
              <w:t>D. Lubrication Systems</w:t>
            </w:r>
          </w:p>
        </w:tc>
        <w:tc>
          <w:tcPr>
            <w:tcW w:w="1357" w:type="dxa"/>
          </w:tcPr>
          <w:p w14:paraId="7C006DF3" w14:textId="77777777" w:rsidR="00A45D25" w:rsidRPr="005E65A6" w:rsidRDefault="00000000">
            <w:pPr>
              <w:jc w:val="center"/>
              <w:rPr>
                <w:sz w:val="22"/>
              </w:rPr>
            </w:pPr>
            <w:r w:rsidRPr="005E65A6">
              <w:rPr>
                <w:sz w:val="22"/>
              </w:rPr>
              <w:t>—</w:t>
            </w:r>
          </w:p>
        </w:tc>
        <w:tc>
          <w:tcPr>
            <w:tcW w:w="1872" w:type="dxa"/>
          </w:tcPr>
          <w:p w14:paraId="3786FDA3" w14:textId="77777777" w:rsidR="00A45D25" w:rsidRPr="005E65A6" w:rsidRDefault="00A45D25">
            <w:pPr>
              <w:jc w:val="center"/>
              <w:rPr>
                <w:sz w:val="22"/>
              </w:rPr>
            </w:pPr>
          </w:p>
        </w:tc>
        <w:tc>
          <w:tcPr>
            <w:tcW w:w="864" w:type="dxa"/>
          </w:tcPr>
          <w:p w14:paraId="50BD2184" w14:textId="77777777" w:rsidR="00A45D25" w:rsidRPr="005E65A6" w:rsidRDefault="00A45D25">
            <w:pPr>
              <w:jc w:val="center"/>
              <w:rPr>
                <w:sz w:val="22"/>
              </w:rPr>
            </w:pPr>
          </w:p>
        </w:tc>
        <w:tc>
          <w:tcPr>
            <w:tcW w:w="864" w:type="dxa"/>
          </w:tcPr>
          <w:p w14:paraId="02BBB3DA" w14:textId="77777777" w:rsidR="00A45D25" w:rsidRPr="005E65A6" w:rsidRDefault="00A45D25">
            <w:pPr>
              <w:jc w:val="center"/>
              <w:rPr>
                <w:sz w:val="22"/>
              </w:rPr>
            </w:pPr>
          </w:p>
        </w:tc>
        <w:tc>
          <w:tcPr>
            <w:tcW w:w="1072" w:type="dxa"/>
          </w:tcPr>
          <w:p w14:paraId="75EF5F13" w14:textId="77777777" w:rsidR="00A45D25" w:rsidRPr="005E65A6" w:rsidRDefault="00A45D25">
            <w:pPr>
              <w:jc w:val="center"/>
              <w:rPr>
                <w:sz w:val="22"/>
              </w:rPr>
            </w:pPr>
          </w:p>
        </w:tc>
      </w:tr>
      <w:tr w:rsidR="00A45D25" w:rsidRPr="005E65A6" w14:paraId="483E213C" w14:textId="77777777" w:rsidTr="00B629BA">
        <w:tc>
          <w:tcPr>
            <w:tcW w:w="3312" w:type="dxa"/>
          </w:tcPr>
          <w:p w14:paraId="7BFB0D9E" w14:textId="3C1C7127" w:rsidR="00A45D25" w:rsidRPr="005E65A6" w:rsidRDefault="00000000">
            <w:pPr>
              <w:rPr>
                <w:sz w:val="22"/>
              </w:rPr>
            </w:pPr>
            <w:r w:rsidRPr="005E65A6">
              <w:rPr>
                <w:sz w:val="22"/>
              </w:rPr>
              <w:t xml:space="preserve">E. Ignition </w:t>
            </w:r>
            <w:r w:rsidR="005E65A6">
              <w:rPr>
                <w:sz w:val="22"/>
              </w:rPr>
              <w:t>a</w:t>
            </w:r>
            <w:r w:rsidRPr="005E65A6">
              <w:rPr>
                <w:sz w:val="22"/>
              </w:rPr>
              <w:t>nd Starting Systems</w:t>
            </w:r>
          </w:p>
        </w:tc>
        <w:tc>
          <w:tcPr>
            <w:tcW w:w="1357" w:type="dxa"/>
          </w:tcPr>
          <w:p w14:paraId="69465E5B" w14:textId="77777777" w:rsidR="00A45D25" w:rsidRPr="005E65A6" w:rsidRDefault="00000000">
            <w:pPr>
              <w:jc w:val="center"/>
              <w:rPr>
                <w:sz w:val="22"/>
              </w:rPr>
            </w:pPr>
            <w:r w:rsidRPr="005E65A6">
              <w:rPr>
                <w:sz w:val="22"/>
              </w:rPr>
              <w:t>2</w:t>
            </w:r>
          </w:p>
        </w:tc>
        <w:tc>
          <w:tcPr>
            <w:tcW w:w="1872" w:type="dxa"/>
          </w:tcPr>
          <w:p w14:paraId="4B9EC1EB" w14:textId="77777777" w:rsidR="00A45D25" w:rsidRPr="005E65A6" w:rsidRDefault="00A45D25">
            <w:pPr>
              <w:jc w:val="center"/>
              <w:rPr>
                <w:sz w:val="22"/>
              </w:rPr>
            </w:pPr>
          </w:p>
        </w:tc>
        <w:tc>
          <w:tcPr>
            <w:tcW w:w="864" w:type="dxa"/>
          </w:tcPr>
          <w:p w14:paraId="24822DB0" w14:textId="77777777" w:rsidR="00A45D25" w:rsidRPr="005E65A6" w:rsidRDefault="00A45D25">
            <w:pPr>
              <w:jc w:val="center"/>
              <w:rPr>
                <w:sz w:val="22"/>
              </w:rPr>
            </w:pPr>
          </w:p>
        </w:tc>
        <w:tc>
          <w:tcPr>
            <w:tcW w:w="864" w:type="dxa"/>
          </w:tcPr>
          <w:p w14:paraId="311F8032" w14:textId="77777777" w:rsidR="00A45D25" w:rsidRPr="005E65A6" w:rsidRDefault="00A45D25">
            <w:pPr>
              <w:jc w:val="center"/>
              <w:rPr>
                <w:sz w:val="22"/>
              </w:rPr>
            </w:pPr>
          </w:p>
        </w:tc>
        <w:tc>
          <w:tcPr>
            <w:tcW w:w="1072" w:type="dxa"/>
          </w:tcPr>
          <w:p w14:paraId="2085CE0A" w14:textId="77777777" w:rsidR="00A45D25" w:rsidRPr="005E65A6" w:rsidRDefault="00A45D25">
            <w:pPr>
              <w:jc w:val="center"/>
              <w:rPr>
                <w:sz w:val="22"/>
              </w:rPr>
            </w:pPr>
          </w:p>
        </w:tc>
      </w:tr>
      <w:tr w:rsidR="00A45D25" w:rsidRPr="005E65A6" w14:paraId="5F8E11F1" w14:textId="77777777" w:rsidTr="00B629BA">
        <w:tc>
          <w:tcPr>
            <w:tcW w:w="3312" w:type="dxa"/>
          </w:tcPr>
          <w:p w14:paraId="128DDF34" w14:textId="77777777" w:rsidR="00A45D25" w:rsidRPr="005E65A6" w:rsidRDefault="00000000">
            <w:pPr>
              <w:rPr>
                <w:sz w:val="22"/>
              </w:rPr>
            </w:pPr>
            <w:r w:rsidRPr="005E65A6">
              <w:rPr>
                <w:sz w:val="22"/>
              </w:rPr>
              <w:t>F. Fuel Metering Systems</w:t>
            </w:r>
          </w:p>
        </w:tc>
        <w:tc>
          <w:tcPr>
            <w:tcW w:w="1357" w:type="dxa"/>
          </w:tcPr>
          <w:p w14:paraId="67B890A6" w14:textId="77777777" w:rsidR="00A45D25" w:rsidRPr="005E65A6" w:rsidRDefault="00000000">
            <w:pPr>
              <w:jc w:val="center"/>
              <w:rPr>
                <w:sz w:val="22"/>
              </w:rPr>
            </w:pPr>
            <w:r w:rsidRPr="005E65A6">
              <w:rPr>
                <w:sz w:val="22"/>
              </w:rPr>
              <w:t>—</w:t>
            </w:r>
          </w:p>
        </w:tc>
        <w:tc>
          <w:tcPr>
            <w:tcW w:w="1872" w:type="dxa"/>
          </w:tcPr>
          <w:p w14:paraId="2E922A70" w14:textId="77777777" w:rsidR="00A45D25" w:rsidRPr="005E65A6" w:rsidRDefault="00A45D25">
            <w:pPr>
              <w:jc w:val="center"/>
              <w:rPr>
                <w:sz w:val="22"/>
              </w:rPr>
            </w:pPr>
          </w:p>
        </w:tc>
        <w:tc>
          <w:tcPr>
            <w:tcW w:w="864" w:type="dxa"/>
          </w:tcPr>
          <w:p w14:paraId="3872E760" w14:textId="77777777" w:rsidR="00A45D25" w:rsidRPr="005E65A6" w:rsidRDefault="00A45D25">
            <w:pPr>
              <w:jc w:val="center"/>
              <w:rPr>
                <w:sz w:val="22"/>
              </w:rPr>
            </w:pPr>
          </w:p>
        </w:tc>
        <w:tc>
          <w:tcPr>
            <w:tcW w:w="864" w:type="dxa"/>
          </w:tcPr>
          <w:p w14:paraId="2B231BCD" w14:textId="77777777" w:rsidR="00A45D25" w:rsidRPr="005E65A6" w:rsidRDefault="00A45D25">
            <w:pPr>
              <w:jc w:val="center"/>
              <w:rPr>
                <w:sz w:val="22"/>
              </w:rPr>
            </w:pPr>
          </w:p>
        </w:tc>
        <w:tc>
          <w:tcPr>
            <w:tcW w:w="1072" w:type="dxa"/>
          </w:tcPr>
          <w:p w14:paraId="7CEE5DB6" w14:textId="77777777" w:rsidR="00A45D25" w:rsidRPr="005E65A6" w:rsidRDefault="00A45D25">
            <w:pPr>
              <w:jc w:val="center"/>
              <w:rPr>
                <w:sz w:val="22"/>
              </w:rPr>
            </w:pPr>
          </w:p>
        </w:tc>
      </w:tr>
      <w:tr w:rsidR="00A45D25" w:rsidRPr="005E65A6" w14:paraId="0BA2C1A0" w14:textId="77777777" w:rsidTr="00B629BA">
        <w:tc>
          <w:tcPr>
            <w:tcW w:w="3312" w:type="dxa"/>
          </w:tcPr>
          <w:p w14:paraId="68532A15" w14:textId="77777777" w:rsidR="00A45D25" w:rsidRPr="005E65A6" w:rsidRDefault="00000000">
            <w:pPr>
              <w:rPr>
                <w:sz w:val="22"/>
              </w:rPr>
            </w:pPr>
            <w:r w:rsidRPr="005E65A6">
              <w:rPr>
                <w:sz w:val="22"/>
              </w:rPr>
              <w:t>G. Engine Fuel Systems</w:t>
            </w:r>
          </w:p>
        </w:tc>
        <w:tc>
          <w:tcPr>
            <w:tcW w:w="1357" w:type="dxa"/>
          </w:tcPr>
          <w:p w14:paraId="5982582C" w14:textId="77777777" w:rsidR="00A45D25" w:rsidRPr="005E65A6" w:rsidRDefault="00000000">
            <w:pPr>
              <w:jc w:val="center"/>
              <w:rPr>
                <w:sz w:val="22"/>
              </w:rPr>
            </w:pPr>
            <w:r w:rsidRPr="005E65A6">
              <w:rPr>
                <w:sz w:val="22"/>
              </w:rPr>
              <w:t>2</w:t>
            </w:r>
          </w:p>
        </w:tc>
        <w:tc>
          <w:tcPr>
            <w:tcW w:w="1872" w:type="dxa"/>
          </w:tcPr>
          <w:p w14:paraId="787D6314" w14:textId="77777777" w:rsidR="00A45D25" w:rsidRPr="005E65A6" w:rsidRDefault="00A45D25">
            <w:pPr>
              <w:jc w:val="center"/>
              <w:rPr>
                <w:sz w:val="22"/>
              </w:rPr>
            </w:pPr>
          </w:p>
        </w:tc>
        <w:tc>
          <w:tcPr>
            <w:tcW w:w="864" w:type="dxa"/>
          </w:tcPr>
          <w:p w14:paraId="7D4EE0F6" w14:textId="77777777" w:rsidR="00A45D25" w:rsidRPr="005E65A6" w:rsidRDefault="00A45D25">
            <w:pPr>
              <w:jc w:val="center"/>
              <w:rPr>
                <w:sz w:val="22"/>
              </w:rPr>
            </w:pPr>
          </w:p>
        </w:tc>
        <w:tc>
          <w:tcPr>
            <w:tcW w:w="864" w:type="dxa"/>
          </w:tcPr>
          <w:p w14:paraId="56193062" w14:textId="77777777" w:rsidR="00A45D25" w:rsidRPr="005E65A6" w:rsidRDefault="00A45D25">
            <w:pPr>
              <w:jc w:val="center"/>
              <w:rPr>
                <w:sz w:val="22"/>
              </w:rPr>
            </w:pPr>
          </w:p>
        </w:tc>
        <w:tc>
          <w:tcPr>
            <w:tcW w:w="1072" w:type="dxa"/>
          </w:tcPr>
          <w:p w14:paraId="1F61F28D" w14:textId="77777777" w:rsidR="00A45D25" w:rsidRPr="005E65A6" w:rsidRDefault="00A45D25">
            <w:pPr>
              <w:jc w:val="center"/>
              <w:rPr>
                <w:sz w:val="22"/>
              </w:rPr>
            </w:pPr>
          </w:p>
        </w:tc>
      </w:tr>
      <w:tr w:rsidR="00A45D25" w:rsidRPr="005E65A6" w14:paraId="7B066716" w14:textId="77777777" w:rsidTr="00B629BA">
        <w:tc>
          <w:tcPr>
            <w:tcW w:w="3312" w:type="dxa"/>
          </w:tcPr>
          <w:p w14:paraId="7DEAC5A7" w14:textId="38B7B962" w:rsidR="00A45D25" w:rsidRPr="005E65A6" w:rsidRDefault="00000000">
            <w:pPr>
              <w:rPr>
                <w:sz w:val="22"/>
              </w:rPr>
            </w:pPr>
            <w:r w:rsidRPr="005E65A6">
              <w:rPr>
                <w:sz w:val="22"/>
              </w:rPr>
              <w:t xml:space="preserve">H. Induction </w:t>
            </w:r>
            <w:r w:rsidR="005E65A6">
              <w:rPr>
                <w:sz w:val="22"/>
              </w:rPr>
              <w:t>a</w:t>
            </w:r>
            <w:r w:rsidRPr="005E65A6">
              <w:rPr>
                <w:sz w:val="22"/>
              </w:rPr>
              <w:t>nd Engine Airflow Systems</w:t>
            </w:r>
          </w:p>
        </w:tc>
        <w:tc>
          <w:tcPr>
            <w:tcW w:w="1357" w:type="dxa"/>
          </w:tcPr>
          <w:p w14:paraId="32AD9027" w14:textId="77777777" w:rsidR="00A45D25" w:rsidRPr="005E65A6" w:rsidRDefault="00000000">
            <w:pPr>
              <w:jc w:val="center"/>
              <w:rPr>
                <w:sz w:val="22"/>
              </w:rPr>
            </w:pPr>
            <w:r w:rsidRPr="005E65A6">
              <w:rPr>
                <w:sz w:val="22"/>
              </w:rPr>
              <w:t>2</w:t>
            </w:r>
          </w:p>
        </w:tc>
        <w:tc>
          <w:tcPr>
            <w:tcW w:w="1872" w:type="dxa"/>
          </w:tcPr>
          <w:p w14:paraId="47800501" w14:textId="77777777" w:rsidR="00A45D25" w:rsidRPr="005E65A6" w:rsidRDefault="00A45D25">
            <w:pPr>
              <w:jc w:val="center"/>
              <w:rPr>
                <w:sz w:val="22"/>
              </w:rPr>
            </w:pPr>
          </w:p>
        </w:tc>
        <w:tc>
          <w:tcPr>
            <w:tcW w:w="864" w:type="dxa"/>
          </w:tcPr>
          <w:p w14:paraId="154CD33A" w14:textId="77777777" w:rsidR="00A45D25" w:rsidRPr="005E65A6" w:rsidRDefault="00A45D25">
            <w:pPr>
              <w:jc w:val="center"/>
              <w:rPr>
                <w:sz w:val="22"/>
              </w:rPr>
            </w:pPr>
          </w:p>
        </w:tc>
        <w:tc>
          <w:tcPr>
            <w:tcW w:w="864" w:type="dxa"/>
          </w:tcPr>
          <w:p w14:paraId="3F502612" w14:textId="77777777" w:rsidR="00A45D25" w:rsidRPr="005E65A6" w:rsidRDefault="00A45D25">
            <w:pPr>
              <w:jc w:val="center"/>
              <w:rPr>
                <w:sz w:val="22"/>
              </w:rPr>
            </w:pPr>
          </w:p>
        </w:tc>
        <w:tc>
          <w:tcPr>
            <w:tcW w:w="1072" w:type="dxa"/>
          </w:tcPr>
          <w:p w14:paraId="00D15DC1" w14:textId="77777777" w:rsidR="00A45D25" w:rsidRPr="005E65A6" w:rsidRDefault="00A45D25">
            <w:pPr>
              <w:jc w:val="center"/>
              <w:rPr>
                <w:sz w:val="22"/>
              </w:rPr>
            </w:pPr>
          </w:p>
        </w:tc>
      </w:tr>
      <w:tr w:rsidR="00A45D25" w:rsidRPr="005E65A6" w14:paraId="168817ED" w14:textId="77777777" w:rsidTr="00B629BA">
        <w:tc>
          <w:tcPr>
            <w:tcW w:w="3312" w:type="dxa"/>
          </w:tcPr>
          <w:p w14:paraId="3FADBD1E" w14:textId="77777777" w:rsidR="00A45D25" w:rsidRPr="005E65A6" w:rsidRDefault="00000000">
            <w:pPr>
              <w:rPr>
                <w:sz w:val="22"/>
              </w:rPr>
            </w:pPr>
            <w:r w:rsidRPr="005E65A6">
              <w:rPr>
                <w:sz w:val="22"/>
              </w:rPr>
              <w:t>I. Engine Cooling Systems</w:t>
            </w:r>
          </w:p>
        </w:tc>
        <w:tc>
          <w:tcPr>
            <w:tcW w:w="1357" w:type="dxa"/>
          </w:tcPr>
          <w:p w14:paraId="073CEC29" w14:textId="77777777" w:rsidR="00A45D25" w:rsidRPr="005E65A6" w:rsidRDefault="00000000">
            <w:pPr>
              <w:jc w:val="center"/>
              <w:rPr>
                <w:sz w:val="22"/>
              </w:rPr>
            </w:pPr>
            <w:r w:rsidRPr="005E65A6">
              <w:rPr>
                <w:sz w:val="22"/>
              </w:rPr>
              <w:t>—</w:t>
            </w:r>
          </w:p>
        </w:tc>
        <w:tc>
          <w:tcPr>
            <w:tcW w:w="1872" w:type="dxa"/>
          </w:tcPr>
          <w:p w14:paraId="473CA694" w14:textId="77777777" w:rsidR="00A45D25" w:rsidRPr="005E65A6" w:rsidRDefault="00A45D25">
            <w:pPr>
              <w:jc w:val="center"/>
              <w:rPr>
                <w:sz w:val="22"/>
              </w:rPr>
            </w:pPr>
          </w:p>
        </w:tc>
        <w:tc>
          <w:tcPr>
            <w:tcW w:w="864" w:type="dxa"/>
          </w:tcPr>
          <w:p w14:paraId="7CCF52C1" w14:textId="77777777" w:rsidR="00A45D25" w:rsidRPr="005E65A6" w:rsidRDefault="00A45D25">
            <w:pPr>
              <w:jc w:val="center"/>
              <w:rPr>
                <w:sz w:val="22"/>
              </w:rPr>
            </w:pPr>
          </w:p>
        </w:tc>
        <w:tc>
          <w:tcPr>
            <w:tcW w:w="864" w:type="dxa"/>
          </w:tcPr>
          <w:p w14:paraId="38A6B1E5" w14:textId="77777777" w:rsidR="00A45D25" w:rsidRPr="005E65A6" w:rsidRDefault="00A45D25">
            <w:pPr>
              <w:jc w:val="center"/>
              <w:rPr>
                <w:sz w:val="22"/>
              </w:rPr>
            </w:pPr>
          </w:p>
        </w:tc>
        <w:tc>
          <w:tcPr>
            <w:tcW w:w="1072" w:type="dxa"/>
          </w:tcPr>
          <w:p w14:paraId="6E037ABA" w14:textId="77777777" w:rsidR="00A45D25" w:rsidRPr="005E65A6" w:rsidRDefault="00A45D25">
            <w:pPr>
              <w:jc w:val="center"/>
              <w:rPr>
                <w:sz w:val="22"/>
              </w:rPr>
            </w:pPr>
          </w:p>
        </w:tc>
      </w:tr>
      <w:tr w:rsidR="00A45D25" w:rsidRPr="005E65A6" w14:paraId="320FD16E" w14:textId="77777777" w:rsidTr="00B629BA">
        <w:tc>
          <w:tcPr>
            <w:tcW w:w="3312" w:type="dxa"/>
          </w:tcPr>
          <w:p w14:paraId="7E0A975E" w14:textId="396CF336" w:rsidR="00A45D25" w:rsidRPr="005E65A6" w:rsidRDefault="00000000">
            <w:pPr>
              <w:rPr>
                <w:sz w:val="22"/>
              </w:rPr>
            </w:pPr>
            <w:r w:rsidRPr="005E65A6">
              <w:rPr>
                <w:sz w:val="22"/>
              </w:rPr>
              <w:t xml:space="preserve">J. Engine Exhaust </w:t>
            </w:r>
            <w:r w:rsidR="005E65A6">
              <w:rPr>
                <w:sz w:val="22"/>
              </w:rPr>
              <w:t>a</w:t>
            </w:r>
            <w:r w:rsidRPr="005E65A6">
              <w:rPr>
                <w:sz w:val="22"/>
              </w:rPr>
              <w:t>nd Reverser Systems</w:t>
            </w:r>
          </w:p>
        </w:tc>
        <w:tc>
          <w:tcPr>
            <w:tcW w:w="1357" w:type="dxa"/>
          </w:tcPr>
          <w:p w14:paraId="775DDACB" w14:textId="77777777" w:rsidR="00A45D25" w:rsidRPr="005E65A6" w:rsidRDefault="00000000">
            <w:pPr>
              <w:jc w:val="center"/>
              <w:rPr>
                <w:sz w:val="22"/>
              </w:rPr>
            </w:pPr>
            <w:r w:rsidRPr="005E65A6">
              <w:rPr>
                <w:sz w:val="22"/>
              </w:rPr>
              <w:t>—</w:t>
            </w:r>
          </w:p>
        </w:tc>
        <w:tc>
          <w:tcPr>
            <w:tcW w:w="1872" w:type="dxa"/>
          </w:tcPr>
          <w:p w14:paraId="669FA271" w14:textId="77777777" w:rsidR="00A45D25" w:rsidRPr="005E65A6" w:rsidRDefault="00A45D25">
            <w:pPr>
              <w:jc w:val="center"/>
              <w:rPr>
                <w:sz w:val="22"/>
              </w:rPr>
            </w:pPr>
          </w:p>
        </w:tc>
        <w:tc>
          <w:tcPr>
            <w:tcW w:w="864" w:type="dxa"/>
          </w:tcPr>
          <w:p w14:paraId="1527BD44" w14:textId="77777777" w:rsidR="00A45D25" w:rsidRPr="005E65A6" w:rsidRDefault="00A45D25">
            <w:pPr>
              <w:jc w:val="center"/>
              <w:rPr>
                <w:sz w:val="22"/>
              </w:rPr>
            </w:pPr>
          </w:p>
        </w:tc>
        <w:tc>
          <w:tcPr>
            <w:tcW w:w="864" w:type="dxa"/>
          </w:tcPr>
          <w:p w14:paraId="3094A8FB" w14:textId="77777777" w:rsidR="00A45D25" w:rsidRPr="005E65A6" w:rsidRDefault="00A45D25">
            <w:pPr>
              <w:jc w:val="center"/>
              <w:rPr>
                <w:sz w:val="22"/>
              </w:rPr>
            </w:pPr>
          </w:p>
        </w:tc>
        <w:tc>
          <w:tcPr>
            <w:tcW w:w="1072" w:type="dxa"/>
          </w:tcPr>
          <w:p w14:paraId="52235F67" w14:textId="77777777" w:rsidR="00A45D25" w:rsidRPr="005E65A6" w:rsidRDefault="00A45D25">
            <w:pPr>
              <w:jc w:val="center"/>
              <w:rPr>
                <w:sz w:val="22"/>
              </w:rPr>
            </w:pPr>
          </w:p>
        </w:tc>
      </w:tr>
      <w:tr w:rsidR="00A45D25" w:rsidRPr="005E65A6" w14:paraId="4380C863" w14:textId="77777777" w:rsidTr="00B629BA">
        <w:tc>
          <w:tcPr>
            <w:tcW w:w="3312" w:type="dxa"/>
          </w:tcPr>
          <w:p w14:paraId="23E228BA" w14:textId="77777777" w:rsidR="00A45D25" w:rsidRPr="005E65A6" w:rsidRDefault="00000000">
            <w:pPr>
              <w:rPr>
                <w:sz w:val="22"/>
              </w:rPr>
            </w:pPr>
            <w:r w:rsidRPr="005E65A6">
              <w:rPr>
                <w:sz w:val="22"/>
              </w:rPr>
              <w:t>K. Propellers</w:t>
            </w:r>
          </w:p>
        </w:tc>
        <w:tc>
          <w:tcPr>
            <w:tcW w:w="1357" w:type="dxa"/>
          </w:tcPr>
          <w:p w14:paraId="36413127" w14:textId="77777777" w:rsidR="00A45D25" w:rsidRPr="005E65A6" w:rsidRDefault="00000000">
            <w:pPr>
              <w:jc w:val="center"/>
              <w:rPr>
                <w:sz w:val="22"/>
              </w:rPr>
            </w:pPr>
            <w:r w:rsidRPr="005E65A6">
              <w:rPr>
                <w:sz w:val="22"/>
              </w:rPr>
              <w:t>2</w:t>
            </w:r>
          </w:p>
        </w:tc>
        <w:tc>
          <w:tcPr>
            <w:tcW w:w="1872" w:type="dxa"/>
          </w:tcPr>
          <w:p w14:paraId="7E0766E0" w14:textId="77777777" w:rsidR="00A45D25" w:rsidRPr="005E65A6" w:rsidRDefault="00A45D25">
            <w:pPr>
              <w:jc w:val="center"/>
              <w:rPr>
                <w:sz w:val="22"/>
              </w:rPr>
            </w:pPr>
          </w:p>
        </w:tc>
        <w:tc>
          <w:tcPr>
            <w:tcW w:w="864" w:type="dxa"/>
          </w:tcPr>
          <w:p w14:paraId="7D02AB0A" w14:textId="77777777" w:rsidR="00A45D25" w:rsidRPr="005E65A6" w:rsidRDefault="00A45D25">
            <w:pPr>
              <w:jc w:val="center"/>
              <w:rPr>
                <w:sz w:val="22"/>
              </w:rPr>
            </w:pPr>
          </w:p>
        </w:tc>
        <w:tc>
          <w:tcPr>
            <w:tcW w:w="864" w:type="dxa"/>
          </w:tcPr>
          <w:p w14:paraId="6A688EA6" w14:textId="77777777" w:rsidR="00A45D25" w:rsidRPr="005E65A6" w:rsidRDefault="00A45D25">
            <w:pPr>
              <w:jc w:val="center"/>
              <w:rPr>
                <w:sz w:val="22"/>
              </w:rPr>
            </w:pPr>
          </w:p>
        </w:tc>
        <w:tc>
          <w:tcPr>
            <w:tcW w:w="1072" w:type="dxa"/>
          </w:tcPr>
          <w:p w14:paraId="4835656C" w14:textId="77777777" w:rsidR="00A45D25" w:rsidRPr="005E65A6" w:rsidRDefault="00A45D25">
            <w:pPr>
              <w:jc w:val="center"/>
              <w:rPr>
                <w:sz w:val="22"/>
              </w:rPr>
            </w:pPr>
          </w:p>
        </w:tc>
      </w:tr>
      <w:tr w:rsidR="00A45D25" w:rsidRPr="005E65A6" w14:paraId="0EAA2610" w14:textId="77777777" w:rsidTr="00B629BA">
        <w:tc>
          <w:tcPr>
            <w:tcW w:w="3312" w:type="dxa"/>
          </w:tcPr>
          <w:p w14:paraId="3E9443E0" w14:textId="77777777" w:rsidR="00A45D25" w:rsidRPr="005E65A6" w:rsidRDefault="00000000">
            <w:pPr>
              <w:rPr>
                <w:sz w:val="22"/>
              </w:rPr>
            </w:pPr>
            <w:r w:rsidRPr="005E65A6">
              <w:rPr>
                <w:sz w:val="22"/>
              </w:rPr>
              <w:t>L. Turbine Powered Auxiliary Power Units</w:t>
            </w:r>
          </w:p>
        </w:tc>
        <w:tc>
          <w:tcPr>
            <w:tcW w:w="1357" w:type="dxa"/>
          </w:tcPr>
          <w:p w14:paraId="58FCADE8" w14:textId="77777777" w:rsidR="00A45D25" w:rsidRPr="005E65A6" w:rsidRDefault="00000000">
            <w:pPr>
              <w:jc w:val="center"/>
              <w:rPr>
                <w:sz w:val="22"/>
              </w:rPr>
            </w:pPr>
            <w:r w:rsidRPr="005E65A6">
              <w:rPr>
                <w:sz w:val="22"/>
              </w:rPr>
              <w:t>—</w:t>
            </w:r>
          </w:p>
        </w:tc>
        <w:tc>
          <w:tcPr>
            <w:tcW w:w="1872" w:type="dxa"/>
          </w:tcPr>
          <w:p w14:paraId="70A88CB2" w14:textId="77777777" w:rsidR="00A45D25" w:rsidRPr="005E65A6" w:rsidRDefault="00A45D25">
            <w:pPr>
              <w:jc w:val="center"/>
              <w:rPr>
                <w:sz w:val="22"/>
              </w:rPr>
            </w:pPr>
          </w:p>
        </w:tc>
        <w:tc>
          <w:tcPr>
            <w:tcW w:w="864" w:type="dxa"/>
          </w:tcPr>
          <w:p w14:paraId="0D2A8CB1" w14:textId="77777777" w:rsidR="00A45D25" w:rsidRPr="005E65A6" w:rsidRDefault="00A45D25">
            <w:pPr>
              <w:jc w:val="center"/>
              <w:rPr>
                <w:sz w:val="22"/>
              </w:rPr>
            </w:pPr>
          </w:p>
        </w:tc>
        <w:tc>
          <w:tcPr>
            <w:tcW w:w="864" w:type="dxa"/>
          </w:tcPr>
          <w:p w14:paraId="346417E0" w14:textId="77777777" w:rsidR="00A45D25" w:rsidRPr="005E65A6" w:rsidRDefault="00A45D25">
            <w:pPr>
              <w:jc w:val="center"/>
              <w:rPr>
                <w:sz w:val="22"/>
              </w:rPr>
            </w:pPr>
          </w:p>
        </w:tc>
        <w:tc>
          <w:tcPr>
            <w:tcW w:w="1072" w:type="dxa"/>
          </w:tcPr>
          <w:p w14:paraId="7EF4C157" w14:textId="77777777" w:rsidR="00A45D25" w:rsidRPr="005E65A6" w:rsidRDefault="00A45D25">
            <w:pPr>
              <w:jc w:val="center"/>
              <w:rPr>
                <w:sz w:val="22"/>
              </w:rPr>
            </w:pPr>
          </w:p>
        </w:tc>
      </w:tr>
    </w:tbl>
    <w:p w14:paraId="3082E63E" w14:textId="77777777" w:rsidR="00A45D25" w:rsidRPr="005E65A6" w:rsidRDefault="00A45D25">
      <w:pPr>
        <w:spacing w:after="80"/>
        <w:rPr>
          <w:sz w:val="22"/>
        </w:rPr>
      </w:pPr>
    </w:p>
    <w:p w14:paraId="28C7955E" w14:textId="77777777" w:rsidR="00A45D25" w:rsidRPr="005E65A6" w:rsidRDefault="00000000">
      <w:pPr>
        <w:pStyle w:val="Heading2"/>
        <w:rPr>
          <w:rFonts w:ascii="Arial" w:hAnsi="Arial" w:cs="Arial"/>
          <w:sz w:val="22"/>
          <w:szCs w:val="22"/>
        </w:rPr>
      </w:pPr>
      <w:r w:rsidRPr="005E65A6">
        <w:rPr>
          <w:rFonts w:ascii="Arial" w:hAnsi="Arial" w:cs="Arial"/>
          <w:sz w:val="22"/>
          <w:szCs w:val="22"/>
        </w:rPr>
        <w:lastRenderedPageBreak/>
        <w:t>Section VII — ELECTRICAL SYSTEMS AND EQUIPMENTS</w:t>
      </w:r>
    </w:p>
    <w:tbl>
      <w:tblPr>
        <w:tblStyle w:val="TableGrid"/>
        <w:tblW w:w="0" w:type="auto"/>
        <w:tblLook w:val="04A0" w:firstRow="1" w:lastRow="0" w:firstColumn="1" w:lastColumn="0" w:noHBand="0" w:noVBand="1"/>
      </w:tblPr>
      <w:tblGrid>
        <w:gridCol w:w="3244"/>
        <w:gridCol w:w="1537"/>
        <w:gridCol w:w="1854"/>
        <w:gridCol w:w="864"/>
        <w:gridCol w:w="889"/>
        <w:gridCol w:w="1207"/>
      </w:tblGrid>
      <w:tr w:rsidR="00B629BA" w:rsidRPr="005E65A6" w14:paraId="74AAC17B" w14:textId="77777777" w:rsidTr="00B629BA">
        <w:tc>
          <w:tcPr>
            <w:tcW w:w="3312" w:type="dxa"/>
          </w:tcPr>
          <w:p w14:paraId="72E62882" w14:textId="0A47AC03" w:rsidR="00B629BA" w:rsidRPr="005E65A6" w:rsidRDefault="00B629BA" w:rsidP="00B629BA">
            <w:pPr>
              <w:rPr>
                <w:sz w:val="22"/>
              </w:rPr>
            </w:pPr>
            <w:r w:rsidRPr="005E65A6">
              <w:rPr>
                <w:b/>
                <w:color w:val="000000" w:themeColor="text1"/>
                <w:sz w:val="22"/>
              </w:rPr>
              <w:t>Area of Operation</w:t>
            </w:r>
          </w:p>
        </w:tc>
        <w:tc>
          <w:tcPr>
            <w:tcW w:w="1357" w:type="dxa"/>
          </w:tcPr>
          <w:p w14:paraId="02ACE670" w14:textId="7A9EA6AF" w:rsidR="00B629BA" w:rsidRPr="005E65A6" w:rsidRDefault="00B629BA" w:rsidP="00B629BA">
            <w:pPr>
              <w:jc w:val="center"/>
              <w:rPr>
                <w:sz w:val="22"/>
              </w:rPr>
            </w:pPr>
            <w:r w:rsidRPr="005E65A6">
              <w:rPr>
                <w:b/>
                <w:color w:val="000000" w:themeColor="text1"/>
                <w:sz w:val="22"/>
              </w:rPr>
              <w:t>Core Competency</w:t>
            </w:r>
            <w:r w:rsidRPr="005E65A6">
              <w:rPr>
                <w:b/>
                <w:color w:val="000000" w:themeColor="text1"/>
                <w:sz w:val="22"/>
              </w:rPr>
              <w:br/>
              <w:t>Element(s)</w:t>
            </w:r>
          </w:p>
        </w:tc>
        <w:tc>
          <w:tcPr>
            <w:tcW w:w="1872" w:type="dxa"/>
          </w:tcPr>
          <w:p w14:paraId="3E10F6AF" w14:textId="336D7F3C" w:rsidR="00B629BA" w:rsidRPr="005E65A6" w:rsidRDefault="00B629BA" w:rsidP="00B629BA">
            <w:pPr>
              <w:jc w:val="center"/>
              <w:rPr>
                <w:sz w:val="22"/>
              </w:rPr>
            </w:pPr>
            <w:r w:rsidRPr="005E65A6">
              <w:rPr>
                <w:b/>
                <w:color w:val="000000" w:themeColor="text1"/>
                <w:sz w:val="22"/>
              </w:rPr>
              <w:t>Additional</w:t>
            </w:r>
            <w:r w:rsidRPr="005E65A6">
              <w:rPr>
                <w:b/>
                <w:color w:val="000000" w:themeColor="text1"/>
                <w:sz w:val="22"/>
              </w:rPr>
              <w:br/>
              <w:t>Element(s) Tested</w:t>
            </w:r>
          </w:p>
        </w:tc>
        <w:tc>
          <w:tcPr>
            <w:tcW w:w="864" w:type="dxa"/>
          </w:tcPr>
          <w:p w14:paraId="2BD4608F" w14:textId="0AB6FDC9" w:rsidR="00B629BA" w:rsidRPr="005E65A6" w:rsidRDefault="00B629BA" w:rsidP="00B629BA">
            <w:pPr>
              <w:jc w:val="center"/>
              <w:rPr>
                <w:sz w:val="22"/>
              </w:rPr>
            </w:pPr>
            <w:r w:rsidRPr="005E65A6">
              <w:rPr>
                <w:b/>
                <w:color w:val="000000" w:themeColor="text1"/>
                <w:sz w:val="22"/>
              </w:rPr>
              <w:t>Level</w:t>
            </w:r>
            <w:r w:rsidRPr="005E65A6">
              <w:rPr>
                <w:b/>
                <w:color w:val="000000" w:themeColor="text1"/>
                <w:sz w:val="22"/>
              </w:rPr>
              <w:br/>
              <w:t>(1/2/3)</w:t>
            </w:r>
          </w:p>
        </w:tc>
        <w:tc>
          <w:tcPr>
            <w:tcW w:w="864" w:type="dxa"/>
          </w:tcPr>
          <w:p w14:paraId="0D891549" w14:textId="2932CB75" w:rsidR="00B629BA" w:rsidRPr="005E65A6" w:rsidRDefault="00B629BA" w:rsidP="00B629BA">
            <w:pPr>
              <w:jc w:val="center"/>
              <w:rPr>
                <w:sz w:val="22"/>
              </w:rPr>
            </w:pPr>
            <w:r w:rsidRPr="005E65A6">
              <w:rPr>
                <w:b/>
                <w:color w:val="000000" w:themeColor="text1"/>
                <w:sz w:val="22"/>
              </w:rPr>
              <w:t>Result</w:t>
            </w:r>
            <w:r w:rsidRPr="005E65A6">
              <w:rPr>
                <w:b/>
                <w:color w:val="000000" w:themeColor="text1"/>
                <w:sz w:val="22"/>
              </w:rPr>
              <w:br/>
              <w:t>(S / U)</w:t>
            </w:r>
          </w:p>
        </w:tc>
        <w:tc>
          <w:tcPr>
            <w:tcW w:w="1072" w:type="dxa"/>
          </w:tcPr>
          <w:p w14:paraId="5F0241FF" w14:textId="1CB40D44" w:rsidR="00B629BA" w:rsidRPr="005E65A6" w:rsidRDefault="00B629BA" w:rsidP="00B629BA">
            <w:pPr>
              <w:jc w:val="center"/>
              <w:rPr>
                <w:sz w:val="22"/>
              </w:rPr>
            </w:pPr>
            <w:r w:rsidRPr="005E65A6">
              <w:rPr>
                <w:b/>
                <w:color w:val="000000" w:themeColor="text1"/>
                <w:sz w:val="22"/>
              </w:rPr>
              <w:t>Examiner</w:t>
            </w:r>
            <w:r w:rsidRPr="005E65A6">
              <w:rPr>
                <w:b/>
                <w:color w:val="000000" w:themeColor="text1"/>
                <w:sz w:val="22"/>
              </w:rPr>
              <w:br/>
              <w:t>Initials</w:t>
            </w:r>
          </w:p>
        </w:tc>
      </w:tr>
      <w:tr w:rsidR="00A45D25" w:rsidRPr="005E65A6" w14:paraId="1B2A1769" w14:textId="77777777" w:rsidTr="00B629BA">
        <w:tc>
          <w:tcPr>
            <w:tcW w:w="3312" w:type="dxa"/>
          </w:tcPr>
          <w:p w14:paraId="09A6DC87" w14:textId="77777777" w:rsidR="00A45D25" w:rsidRPr="005E65A6" w:rsidRDefault="00000000">
            <w:pPr>
              <w:rPr>
                <w:sz w:val="22"/>
              </w:rPr>
            </w:pPr>
            <w:r w:rsidRPr="005E65A6">
              <w:rPr>
                <w:sz w:val="22"/>
              </w:rPr>
              <w:t>A. Aircraft Batteries</w:t>
            </w:r>
          </w:p>
        </w:tc>
        <w:tc>
          <w:tcPr>
            <w:tcW w:w="1357" w:type="dxa"/>
          </w:tcPr>
          <w:p w14:paraId="6166CB15" w14:textId="77777777" w:rsidR="00A45D25" w:rsidRPr="005E65A6" w:rsidRDefault="00000000">
            <w:pPr>
              <w:jc w:val="center"/>
              <w:rPr>
                <w:sz w:val="22"/>
              </w:rPr>
            </w:pPr>
            <w:r w:rsidRPr="005E65A6">
              <w:rPr>
                <w:sz w:val="22"/>
              </w:rPr>
              <w:t>—</w:t>
            </w:r>
          </w:p>
        </w:tc>
        <w:tc>
          <w:tcPr>
            <w:tcW w:w="1872" w:type="dxa"/>
          </w:tcPr>
          <w:p w14:paraId="3F89CCA1" w14:textId="77777777" w:rsidR="00A45D25" w:rsidRPr="005E65A6" w:rsidRDefault="00A45D25">
            <w:pPr>
              <w:jc w:val="center"/>
              <w:rPr>
                <w:sz w:val="22"/>
              </w:rPr>
            </w:pPr>
          </w:p>
        </w:tc>
        <w:tc>
          <w:tcPr>
            <w:tcW w:w="864" w:type="dxa"/>
          </w:tcPr>
          <w:p w14:paraId="247C1AD3" w14:textId="77777777" w:rsidR="00A45D25" w:rsidRPr="005E65A6" w:rsidRDefault="00A45D25">
            <w:pPr>
              <w:jc w:val="center"/>
              <w:rPr>
                <w:sz w:val="22"/>
              </w:rPr>
            </w:pPr>
          </w:p>
        </w:tc>
        <w:tc>
          <w:tcPr>
            <w:tcW w:w="864" w:type="dxa"/>
          </w:tcPr>
          <w:p w14:paraId="481DDE6E" w14:textId="77777777" w:rsidR="00A45D25" w:rsidRPr="005E65A6" w:rsidRDefault="00A45D25">
            <w:pPr>
              <w:jc w:val="center"/>
              <w:rPr>
                <w:sz w:val="22"/>
              </w:rPr>
            </w:pPr>
          </w:p>
        </w:tc>
        <w:tc>
          <w:tcPr>
            <w:tcW w:w="1072" w:type="dxa"/>
          </w:tcPr>
          <w:p w14:paraId="3CEAEA44" w14:textId="77777777" w:rsidR="00A45D25" w:rsidRPr="005E65A6" w:rsidRDefault="00A45D25">
            <w:pPr>
              <w:jc w:val="center"/>
              <w:rPr>
                <w:sz w:val="22"/>
              </w:rPr>
            </w:pPr>
          </w:p>
        </w:tc>
      </w:tr>
      <w:tr w:rsidR="00A45D25" w:rsidRPr="005E65A6" w14:paraId="1AA30BA9" w14:textId="77777777" w:rsidTr="00B629BA">
        <w:tc>
          <w:tcPr>
            <w:tcW w:w="3312" w:type="dxa"/>
          </w:tcPr>
          <w:p w14:paraId="38D0CF6B" w14:textId="602135CC" w:rsidR="00A45D25" w:rsidRPr="005E65A6" w:rsidRDefault="00000000">
            <w:pPr>
              <w:rPr>
                <w:sz w:val="22"/>
              </w:rPr>
            </w:pPr>
            <w:r w:rsidRPr="005E65A6">
              <w:rPr>
                <w:sz w:val="22"/>
              </w:rPr>
              <w:t xml:space="preserve">B. Aircraft Electrical Power Generation </w:t>
            </w:r>
            <w:r w:rsidR="005E65A6">
              <w:rPr>
                <w:sz w:val="22"/>
              </w:rPr>
              <w:t>a</w:t>
            </w:r>
            <w:r w:rsidRPr="005E65A6">
              <w:rPr>
                <w:sz w:val="22"/>
              </w:rPr>
              <w:t>nd Distribution</w:t>
            </w:r>
          </w:p>
        </w:tc>
        <w:tc>
          <w:tcPr>
            <w:tcW w:w="1357" w:type="dxa"/>
          </w:tcPr>
          <w:p w14:paraId="3DB1FF28" w14:textId="77777777" w:rsidR="00A45D25" w:rsidRPr="005E65A6" w:rsidRDefault="00000000">
            <w:pPr>
              <w:jc w:val="center"/>
              <w:rPr>
                <w:sz w:val="22"/>
              </w:rPr>
            </w:pPr>
            <w:r w:rsidRPr="005E65A6">
              <w:rPr>
                <w:sz w:val="22"/>
              </w:rPr>
              <w:t>2</w:t>
            </w:r>
          </w:p>
        </w:tc>
        <w:tc>
          <w:tcPr>
            <w:tcW w:w="1872" w:type="dxa"/>
          </w:tcPr>
          <w:p w14:paraId="70967FB7" w14:textId="77777777" w:rsidR="00A45D25" w:rsidRPr="005E65A6" w:rsidRDefault="00A45D25">
            <w:pPr>
              <w:jc w:val="center"/>
              <w:rPr>
                <w:sz w:val="22"/>
              </w:rPr>
            </w:pPr>
          </w:p>
        </w:tc>
        <w:tc>
          <w:tcPr>
            <w:tcW w:w="864" w:type="dxa"/>
          </w:tcPr>
          <w:p w14:paraId="58AE75AE" w14:textId="77777777" w:rsidR="00A45D25" w:rsidRPr="005E65A6" w:rsidRDefault="00A45D25">
            <w:pPr>
              <w:jc w:val="center"/>
              <w:rPr>
                <w:sz w:val="22"/>
              </w:rPr>
            </w:pPr>
          </w:p>
        </w:tc>
        <w:tc>
          <w:tcPr>
            <w:tcW w:w="864" w:type="dxa"/>
          </w:tcPr>
          <w:p w14:paraId="37E58B1F" w14:textId="77777777" w:rsidR="00A45D25" w:rsidRPr="005E65A6" w:rsidRDefault="00A45D25">
            <w:pPr>
              <w:jc w:val="center"/>
              <w:rPr>
                <w:sz w:val="22"/>
              </w:rPr>
            </w:pPr>
          </w:p>
        </w:tc>
        <w:tc>
          <w:tcPr>
            <w:tcW w:w="1072" w:type="dxa"/>
          </w:tcPr>
          <w:p w14:paraId="7C170836" w14:textId="77777777" w:rsidR="00A45D25" w:rsidRPr="005E65A6" w:rsidRDefault="00A45D25">
            <w:pPr>
              <w:jc w:val="center"/>
              <w:rPr>
                <w:sz w:val="22"/>
              </w:rPr>
            </w:pPr>
          </w:p>
        </w:tc>
      </w:tr>
      <w:tr w:rsidR="00A45D25" w:rsidRPr="005E65A6" w14:paraId="300271A3" w14:textId="77777777" w:rsidTr="00B629BA">
        <w:tc>
          <w:tcPr>
            <w:tcW w:w="3312" w:type="dxa"/>
          </w:tcPr>
          <w:p w14:paraId="7C031899" w14:textId="77777777" w:rsidR="00A45D25" w:rsidRPr="005E65A6" w:rsidRDefault="00000000">
            <w:pPr>
              <w:rPr>
                <w:sz w:val="22"/>
              </w:rPr>
            </w:pPr>
            <w:r w:rsidRPr="005E65A6">
              <w:rPr>
                <w:sz w:val="22"/>
              </w:rPr>
              <w:t>C. Aircraft Lighting System</w:t>
            </w:r>
          </w:p>
        </w:tc>
        <w:tc>
          <w:tcPr>
            <w:tcW w:w="1357" w:type="dxa"/>
          </w:tcPr>
          <w:p w14:paraId="1DD3AD5B" w14:textId="77777777" w:rsidR="00A45D25" w:rsidRPr="005E65A6" w:rsidRDefault="00000000">
            <w:pPr>
              <w:jc w:val="center"/>
              <w:rPr>
                <w:sz w:val="22"/>
              </w:rPr>
            </w:pPr>
            <w:r w:rsidRPr="005E65A6">
              <w:rPr>
                <w:sz w:val="22"/>
              </w:rPr>
              <w:t>—</w:t>
            </w:r>
          </w:p>
        </w:tc>
        <w:tc>
          <w:tcPr>
            <w:tcW w:w="1872" w:type="dxa"/>
          </w:tcPr>
          <w:p w14:paraId="5CAE34A1" w14:textId="77777777" w:rsidR="00A45D25" w:rsidRPr="005E65A6" w:rsidRDefault="00A45D25">
            <w:pPr>
              <w:jc w:val="center"/>
              <w:rPr>
                <w:sz w:val="22"/>
              </w:rPr>
            </w:pPr>
          </w:p>
        </w:tc>
        <w:tc>
          <w:tcPr>
            <w:tcW w:w="864" w:type="dxa"/>
          </w:tcPr>
          <w:p w14:paraId="2225E3A6" w14:textId="77777777" w:rsidR="00A45D25" w:rsidRPr="005E65A6" w:rsidRDefault="00A45D25">
            <w:pPr>
              <w:jc w:val="center"/>
              <w:rPr>
                <w:sz w:val="22"/>
              </w:rPr>
            </w:pPr>
          </w:p>
        </w:tc>
        <w:tc>
          <w:tcPr>
            <w:tcW w:w="864" w:type="dxa"/>
          </w:tcPr>
          <w:p w14:paraId="229B2502" w14:textId="77777777" w:rsidR="00A45D25" w:rsidRPr="005E65A6" w:rsidRDefault="00A45D25">
            <w:pPr>
              <w:jc w:val="center"/>
              <w:rPr>
                <w:sz w:val="22"/>
              </w:rPr>
            </w:pPr>
          </w:p>
        </w:tc>
        <w:tc>
          <w:tcPr>
            <w:tcW w:w="1072" w:type="dxa"/>
          </w:tcPr>
          <w:p w14:paraId="34E77F11" w14:textId="77777777" w:rsidR="00A45D25" w:rsidRPr="005E65A6" w:rsidRDefault="00A45D25">
            <w:pPr>
              <w:jc w:val="center"/>
              <w:rPr>
                <w:sz w:val="22"/>
              </w:rPr>
            </w:pPr>
          </w:p>
        </w:tc>
      </w:tr>
    </w:tbl>
    <w:p w14:paraId="68CE5879" w14:textId="77777777" w:rsidR="00A45D25" w:rsidRPr="005E65A6" w:rsidRDefault="00A45D25">
      <w:pPr>
        <w:spacing w:after="80"/>
        <w:rPr>
          <w:sz w:val="22"/>
        </w:rPr>
      </w:pPr>
    </w:p>
    <w:p w14:paraId="4F250720" w14:textId="77777777" w:rsidR="00A45D25" w:rsidRPr="005E65A6" w:rsidRDefault="00000000">
      <w:pPr>
        <w:pStyle w:val="Heading2"/>
        <w:rPr>
          <w:rFonts w:ascii="Arial" w:hAnsi="Arial" w:cs="Arial"/>
          <w:sz w:val="22"/>
          <w:szCs w:val="22"/>
        </w:rPr>
      </w:pPr>
      <w:r w:rsidRPr="005E65A6">
        <w:rPr>
          <w:rFonts w:ascii="Arial" w:hAnsi="Arial" w:cs="Arial"/>
          <w:sz w:val="22"/>
          <w:szCs w:val="22"/>
        </w:rPr>
        <w:t>Section VIII — AIRCRAFT INSTRUMENTS</w:t>
      </w:r>
    </w:p>
    <w:tbl>
      <w:tblPr>
        <w:tblStyle w:val="TableGrid"/>
        <w:tblW w:w="0" w:type="auto"/>
        <w:tblLook w:val="04A0" w:firstRow="1" w:lastRow="0" w:firstColumn="1" w:lastColumn="0" w:noHBand="0" w:noVBand="1"/>
      </w:tblPr>
      <w:tblGrid>
        <w:gridCol w:w="3252"/>
        <w:gridCol w:w="1537"/>
        <w:gridCol w:w="1847"/>
        <w:gridCol w:w="863"/>
        <w:gridCol w:w="889"/>
        <w:gridCol w:w="1207"/>
      </w:tblGrid>
      <w:tr w:rsidR="00E27F22" w:rsidRPr="005E65A6" w14:paraId="64E6D9E4" w14:textId="77777777" w:rsidTr="00E27F22">
        <w:tc>
          <w:tcPr>
            <w:tcW w:w="3312" w:type="dxa"/>
          </w:tcPr>
          <w:p w14:paraId="3129EC5B" w14:textId="5A0A2307" w:rsidR="00E27F22" w:rsidRPr="005E65A6" w:rsidRDefault="00E27F22" w:rsidP="00E27F22">
            <w:pPr>
              <w:rPr>
                <w:sz w:val="22"/>
              </w:rPr>
            </w:pPr>
            <w:r w:rsidRPr="005E65A6">
              <w:rPr>
                <w:b/>
                <w:color w:val="000000" w:themeColor="text1"/>
                <w:sz w:val="22"/>
              </w:rPr>
              <w:t>Area of Operation</w:t>
            </w:r>
          </w:p>
        </w:tc>
        <w:tc>
          <w:tcPr>
            <w:tcW w:w="1357" w:type="dxa"/>
          </w:tcPr>
          <w:p w14:paraId="305D2DF6" w14:textId="51EEB97B" w:rsidR="00E27F22" w:rsidRPr="005E65A6" w:rsidRDefault="00E27F22" w:rsidP="00E27F22">
            <w:pPr>
              <w:jc w:val="center"/>
              <w:rPr>
                <w:sz w:val="22"/>
              </w:rPr>
            </w:pPr>
            <w:r w:rsidRPr="005E65A6">
              <w:rPr>
                <w:b/>
                <w:color w:val="000000" w:themeColor="text1"/>
                <w:sz w:val="22"/>
              </w:rPr>
              <w:t>Core Competency</w:t>
            </w:r>
            <w:r w:rsidRPr="005E65A6">
              <w:rPr>
                <w:b/>
                <w:color w:val="000000" w:themeColor="text1"/>
                <w:sz w:val="22"/>
              </w:rPr>
              <w:br/>
              <w:t>Element(s)</w:t>
            </w:r>
          </w:p>
        </w:tc>
        <w:tc>
          <w:tcPr>
            <w:tcW w:w="1872" w:type="dxa"/>
          </w:tcPr>
          <w:p w14:paraId="01B8F41D" w14:textId="4E4E79C7" w:rsidR="00E27F22" w:rsidRPr="005E65A6" w:rsidRDefault="00E27F22" w:rsidP="00E27F22">
            <w:pPr>
              <w:jc w:val="center"/>
              <w:rPr>
                <w:sz w:val="22"/>
              </w:rPr>
            </w:pPr>
            <w:r w:rsidRPr="005E65A6">
              <w:rPr>
                <w:b/>
                <w:color w:val="000000" w:themeColor="text1"/>
                <w:sz w:val="22"/>
              </w:rPr>
              <w:t>Additional</w:t>
            </w:r>
            <w:r w:rsidRPr="005E65A6">
              <w:rPr>
                <w:b/>
                <w:color w:val="000000" w:themeColor="text1"/>
                <w:sz w:val="22"/>
              </w:rPr>
              <w:br/>
              <w:t>Element(s) Tested</w:t>
            </w:r>
          </w:p>
        </w:tc>
        <w:tc>
          <w:tcPr>
            <w:tcW w:w="864" w:type="dxa"/>
          </w:tcPr>
          <w:p w14:paraId="2F79A36D" w14:textId="33A295D2" w:rsidR="00E27F22" w:rsidRPr="005E65A6" w:rsidRDefault="00E27F22" w:rsidP="00E27F22">
            <w:pPr>
              <w:jc w:val="center"/>
              <w:rPr>
                <w:sz w:val="22"/>
              </w:rPr>
            </w:pPr>
            <w:r w:rsidRPr="005E65A6">
              <w:rPr>
                <w:b/>
                <w:color w:val="000000" w:themeColor="text1"/>
                <w:sz w:val="22"/>
              </w:rPr>
              <w:t>Level</w:t>
            </w:r>
            <w:r w:rsidRPr="005E65A6">
              <w:rPr>
                <w:b/>
                <w:color w:val="000000" w:themeColor="text1"/>
                <w:sz w:val="22"/>
              </w:rPr>
              <w:br/>
              <w:t>(1/2/3)</w:t>
            </w:r>
          </w:p>
        </w:tc>
        <w:tc>
          <w:tcPr>
            <w:tcW w:w="864" w:type="dxa"/>
          </w:tcPr>
          <w:p w14:paraId="687F4A7D" w14:textId="7F5A5A8C" w:rsidR="00E27F22" w:rsidRPr="005E65A6" w:rsidRDefault="00E27F22" w:rsidP="00E27F22">
            <w:pPr>
              <w:jc w:val="center"/>
              <w:rPr>
                <w:sz w:val="22"/>
              </w:rPr>
            </w:pPr>
            <w:r w:rsidRPr="005E65A6">
              <w:rPr>
                <w:b/>
                <w:color w:val="000000" w:themeColor="text1"/>
                <w:sz w:val="22"/>
              </w:rPr>
              <w:t>Result</w:t>
            </w:r>
            <w:r w:rsidRPr="005E65A6">
              <w:rPr>
                <w:b/>
                <w:color w:val="000000" w:themeColor="text1"/>
                <w:sz w:val="22"/>
              </w:rPr>
              <w:br/>
              <w:t>(S / U)</w:t>
            </w:r>
          </w:p>
        </w:tc>
        <w:tc>
          <w:tcPr>
            <w:tcW w:w="1072" w:type="dxa"/>
          </w:tcPr>
          <w:p w14:paraId="76598F99" w14:textId="4850B514" w:rsidR="00E27F22" w:rsidRPr="005E65A6" w:rsidRDefault="00E27F22" w:rsidP="00E27F22">
            <w:pPr>
              <w:jc w:val="center"/>
              <w:rPr>
                <w:sz w:val="22"/>
              </w:rPr>
            </w:pPr>
            <w:r w:rsidRPr="005E65A6">
              <w:rPr>
                <w:b/>
                <w:color w:val="000000" w:themeColor="text1"/>
                <w:sz w:val="22"/>
              </w:rPr>
              <w:t>Examiner</w:t>
            </w:r>
            <w:r w:rsidRPr="005E65A6">
              <w:rPr>
                <w:b/>
                <w:color w:val="000000" w:themeColor="text1"/>
                <w:sz w:val="22"/>
              </w:rPr>
              <w:br/>
              <w:t>Initials</w:t>
            </w:r>
          </w:p>
        </w:tc>
      </w:tr>
      <w:tr w:rsidR="00A45D25" w:rsidRPr="005E65A6" w14:paraId="25AB68E7" w14:textId="77777777" w:rsidTr="00E27F22">
        <w:tc>
          <w:tcPr>
            <w:tcW w:w="3312" w:type="dxa"/>
          </w:tcPr>
          <w:p w14:paraId="6587CF8F" w14:textId="77777777" w:rsidR="00A45D25" w:rsidRPr="005E65A6" w:rsidRDefault="00000000">
            <w:pPr>
              <w:rPr>
                <w:sz w:val="22"/>
              </w:rPr>
            </w:pPr>
            <w:r w:rsidRPr="005E65A6">
              <w:rPr>
                <w:sz w:val="22"/>
              </w:rPr>
              <w:t>A. Measuring Instruments</w:t>
            </w:r>
          </w:p>
        </w:tc>
        <w:tc>
          <w:tcPr>
            <w:tcW w:w="1357" w:type="dxa"/>
          </w:tcPr>
          <w:p w14:paraId="26329205" w14:textId="77777777" w:rsidR="00A45D25" w:rsidRPr="005E65A6" w:rsidRDefault="00000000">
            <w:pPr>
              <w:jc w:val="center"/>
              <w:rPr>
                <w:sz w:val="22"/>
              </w:rPr>
            </w:pPr>
            <w:r w:rsidRPr="005E65A6">
              <w:rPr>
                <w:sz w:val="22"/>
              </w:rPr>
              <w:t>2</w:t>
            </w:r>
          </w:p>
        </w:tc>
        <w:tc>
          <w:tcPr>
            <w:tcW w:w="1872" w:type="dxa"/>
          </w:tcPr>
          <w:p w14:paraId="7D1880F6" w14:textId="77777777" w:rsidR="00A45D25" w:rsidRPr="005E65A6" w:rsidRDefault="00A45D25">
            <w:pPr>
              <w:jc w:val="center"/>
              <w:rPr>
                <w:sz w:val="22"/>
              </w:rPr>
            </w:pPr>
          </w:p>
        </w:tc>
        <w:tc>
          <w:tcPr>
            <w:tcW w:w="864" w:type="dxa"/>
          </w:tcPr>
          <w:p w14:paraId="30185195" w14:textId="77777777" w:rsidR="00A45D25" w:rsidRPr="005E65A6" w:rsidRDefault="00A45D25">
            <w:pPr>
              <w:jc w:val="center"/>
              <w:rPr>
                <w:sz w:val="22"/>
              </w:rPr>
            </w:pPr>
          </w:p>
        </w:tc>
        <w:tc>
          <w:tcPr>
            <w:tcW w:w="864" w:type="dxa"/>
          </w:tcPr>
          <w:p w14:paraId="2FFE907B" w14:textId="77777777" w:rsidR="00A45D25" w:rsidRPr="005E65A6" w:rsidRDefault="00A45D25">
            <w:pPr>
              <w:jc w:val="center"/>
              <w:rPr>
                <w:sz w:val="22"/>
              </w:rPr>
            </w:pPr>
          </w:p>
        </w:tc>
        <w:tc>
          <w:tcPr>
            <w:tcW w:w="1072" w:type="dxa"/>
          </w:tcPr>
          <w:p w14:paraId="53F97FDF" w14:textId="77777777" w:rsidR="00A45D25" w:rsidRPr="005E65A6" w:rsidRDefault="00A45D25">
            <w:pPr>
              <w:jc w:val="center"/>
              <w:rPr>
                <w:sz w:val="22"/>
              </w:rPr>
            </w:pPr>
          </w:p>
        </w:tc>
      </w:tr>
      <w:tr w:rsidR="00A45D25" w:rsidRPr="005E65A6" w14:paraId="362DD71B" w14:textId="77777777" w:rsidTr="00E27F22">
        <w:tc>
          <w:tcPr>
            <w:tcW w:w="3312" w:type="dxa"/>
          </w:tcPr>
          <w:p w14:paraId="3BE4260F" w14:textId="7506F834" w:rsidR="00A45D25" w:rsidRPr="005E65A6" w:rsidRDefault="00000000">
            <w:pPr>
              <w:rPr>
                <w:sz w:val="22"/>
              </w:rPr>
            </w:pPr>
            <w:r w:rsidRPr="005E65A6">
              <w:rPr>
                <w:sz w:val="22"/>
              </w:rPr>
              <w:t xml:space="preserve">B. Air Data </w:t>
            </w:r>
            <w:r w:rsidR="005E65A6">
              <w:rPr>
                <w:sz w:val="22"/>
              </w:rPr>
              <w:t>a</w:t>
            </w:r>
            <w:r w:rsidRPr="005E65A6">
              <w:rPr>
                <w:sz w:val="22"/>
              </w:rPr>
              <w:t>nd Flight Path Computation</w:t>
            </w:r>
          </w:p>
        </w:tc>
        <w:tc>
          <w:tcPr>
            <w:tcW w:w="1357" w:type="dxa"/>
          </w:tcPr>
          <w:p w14:paraId="3A94D382" w14:textId="77777777" w:rsidR="00A45D25" w:rsidRPr="005E65A6" w:rsidRDefault="00000000">
            <w:pPr>
              <w:jc w:val="center"/>
              <w:rPr>
                <w:sz w:val="22"/>
              </w:rPr>
            </w:pPr>
            <w:r w:rsidRPr="005E65A6">
              <w:rPr>
                <w:sz w:val="22"/>
              </w:rPr>
              <w:t>2</w:t>
            </w:r>
          </w:p>
        </w:tc>
        <w:tc>
          <w:tcPr>
            <w:tcW w:w="1872" w:type="dxa"/>
          </w:tcPr>
          <w:p w14:paraId="7A82F5B2" w14:textId="77777777" w:rsidR="00A45D25" w:rsidRPr="005E65A6" w:rsidRDefault="00A45D25">
            <w:pPr>
              <w:jc w:val="center"/>
              <w:rPr>
                <w:sz w:val="22"/>
              </w:rPr>
            </w:pPr>
          </w:p>
        </w:tc>
        <w:tc>
          <w:tcPr>
            <w:tcW w:w="864" w:type="dxa"/>
          </w:tcPr>
          <w:p w14:paraId="0D1894D8" w14:textId="77777777" w:rsidR="00A45D25" w:rsidRPr="005E65A6" w:rsidRDefault="00A45D25">
            <w:pPr>
              <w:jc w:val="center"/>
              <w:rPr>
                <w:sz w:val="22"/>
              </w:rPr>
            </w:pPr>
          </w:p>
        </w:tc>
        <w:tc>
          <w:tcPr>
            <w:tcW w:w="864" w:type="dxa"/>
          </w:tcPr>
          <w:p w14:paraId="0312DA98" w14:textId="77777777" w:rsidR="00A45D25" w:rsidRPr="005E65A6" w:rsidRDefault="00A45D25">
            <w:pPr>
              <w:jc w:val="center"/>
              <w:rPr>
                <w:sz w:val="22"/>
              </w:rPr>
            </w:pPr>
          </w:p>
        </w:tc>
        <w:tc>
          <w:tcPr>
            <w:tcW w:w="1072" w:type="dxa"/>
          </w:tcPr>
          <w:p w14:paraId="0558AE92" w14:textId="77777777" w:rsidR="00A45D25" w:rsidRPr="005E65A6" w:rsidRDefault="00A45D25">
            <w:pPr>
              <w:jc w:val="center"/>
              <w:rPr>
                <w:sz w:val="22"/>
              </w:rPr>
            </w:pPr>
          </w:p>
        </w:tc>
      </w:tr>
      <w:tr w:rsidR="00A45D25" w:rsidRPr="005E65A6" w14:paraId="64D37F9F" w14:textId="77777777" w:rsidTr="00E27F22">
        <w:tc>
          <w:tcPr>
            <w:tcW w:w="3312" w:type="dxa"/>
          </w:tcPr>
          <w:p w14:paraId="17A1FCE5" w14:textId="187BD405" w:rsidR="00A45D25" w:rsidRPr="005E65A6" w:rsidRDefault="00000000">
            <w:pPr>
              <w:rPr>
                <w:sz w:val="22"/>
              </w:rPr>
            </w:pPr>
            <w:r w:rsidRPr="005E65A6">
              <w:rPr>
                <w:sz w:val="22"/>
              </w:rPr>
              <w:t xml:space="preserve">C. Gyroscopes </w:t>
            </w:r>
            <w:r w:rsidR="005E65A6">
              <w:rPr>
                <w:sz w:val="22"/>
              </w:rPr>
              <w:t>a</w:t>
            </w:r>
            <w:r w:rsidRPr="005E65A6">
              <w:rPr>
                <w:sz w:val="22"/>
              </w:rPr>
              <w:t>nd Servomechanisms</w:t>
            </w:r>
          </w:p>
        </w:tc>
        <w:tc>
          <w:tcPr>
            <w:tcW w:w="1357" w:type="dxa"/>
          </w:tcPr>
          <w:p w14:paraId="3C6F9C6E" w14:textId="77777777" w:rsidR="00A45D25" w:rsidRPr="005E65A6" w:rsidRDefault="00000000">
            <w:pPr>
              <w:jc w:val="center"/>
              <w:rPr>
                <w:sz w:val="22"/>
              </w:rPr>
            </w:pPr>
            <w:r w:rsidRPr="005E65A6">
              <w:rPr>
                <w:sz w:val="22"/>
              </w:rPr>
              <w:t>2</w:t>
            </w:r>
          </w:p>
        </w:tc>
        <w:tc>
          <w:tcPr>
            <w:tcW w:w="1872" w:type="dxa"/>
          </w:tcPr>
          <w:p w14:paraId="20D10D7E" w14:textId="77777777" w:rsidR="00A45D25" w:rsidRPr="005E65A6" w:rsidRDefault="00A45D25">
            <w:pPr>
              <w:jc w:val="center"/>
              <w:rPr>
                <w:sz w:val="22"/>
              </w:rPr>
            </w:pPr>
          </w:p>
        </w:tc>
        <w:tc>
          <w:tcPr>
            <w:tcW w:w="864" w:type="dxa"/>
          </w:tcPr>
          <w:p w14:paraId="0EFF52F9" w14:textId="77777777" w:rsidR="00A45D25" w:rsidRPr="005E65A6" w:rsidRDefault="00A45D25">
            <w:pPr>
              <w:jc w:val="center"/>
              <w:rPr>
                <w:sz w:val="22"/>
              </w:rPr>
            </w:pPr>
          </w:p>
        </w:tc>
        <w:tc>
          <w:tcPr>
            <w:tcW w:w="864" w:type="dxa"/>
          </w:tcPr>
          <w:p w14:paraId="741ED6C5" w14:textId="77777777" w:rsidR="00A45D25" w:rsidRPr="005E65A6" w:rsidRDefault="00A45D25">
            <w:pPr>
              <w:jc w:val="center"/>
              <w:rPr>
                <w:sz w:val="22"/>
              </w:rPr>
            </w:pPr>
          </w:p>
        </w:tc>
        <w:tc>
          <w:tcPr>
            <w:tcW w:w="1072" w:type="dxa"/>
          </w:tcPr>
          <w:p w14:paraId="5E224C3C" w14:textId="77777777" w:rsidR="00A45D25" w:rsidRPr="005E65A6" w:rsidRDefault="00A45D25">
            <w:pPr>
              <w:jc w:val="center"/>
              <w:rPr>
                <w:sz w:val="22"/>
              </w:rPr>
            </w:pPr>
          </w:p>
        </w:tc>
      </w:tr>
      <w:tr w:rsidR="00A45D25" w:rsidRPr="005E65A6" w14:paraId="36440A79" w14:textId="77777777" w:rsidTr="00E27F22">
        <w:tc>
          <w:tcPr>
            <w:tcW w:w="3312" w:type="dxa"/>
          </w:tcPr>
          <w:p w14:paraId="20D3F132" w14:textId="3EC76A0C" w:rsidR="00A45D25" w:rsidRPr="005E65A6" w:rsidRDefault="00000000">
            <w:pPr>
              <w:rPr>
                <w:sz w:val="22"/>
              </w:rPr>
            </w:pPr>
            <w:r w:rsidRPr="005E65A6">
              <w:rPr>
                <w:sz w:val="22"/>
              </w:rPr>
              <w:t xml:space="preserve">D. Flight Data Recorder </w:t>
            </w:r>
            <w:r w:rsidR="005E65A6">
              <w:rPr>
                <w:sz w:val="22"/>
              </w:rPr>
              <w:t>a</w:t>
            </w:r>
            <w:r w:rsidRPr="005E65A6">
              <w:rPr>
                <w:sz w:val="22"/>
              </w:rPr>
              <w:t>nd Cockpit Voice Recorder</w:t>
            </w:r>
          </w:p>
        </w:tc>
        <w:tc>
          <w:tcPr>
            <w:tcW w:w="1357" w:type="dxa"/>
          </w:tcPr>
          <w:p w14:paraId="7DD8DD5B" w14:textId="77777777" w:rsidR="00A45D25" w:rsidRPr="005E65A6" w:rsidRDefault="00000000">
            <w:pPr>
              <w:jc w:val="center"/>
              <w:rPr>
                <w:sz w:val="22"/>
              </w:rPr>
            </w:pPr>
            <w:r w:rsidRPr="005E65A6">
              <w:rPr>
                <w:sz w:val="22"/>
              </w:rPr>
              <w:t>2</w:t>
            </w:r>
          </w:p>
        </w:tc>
        <w:tc>
          <w:tcPr>
            <w:tcW w:w="1872" w:type="dxa"/>
          </w:tcPr>
          <w:p w14:paraId="03B0F63B" w14:textId="77777777" w:rsidR="00A45D25" w:rsidRPr="005E65A6" w:rsidRDefault="00A45D25">
            <w:pPr>
              <w:jc w:val="center"/>
              <w:rPr>
                <w:sz w:val="22"/>
              </w:rPr>
            </w:pPr>
          </w:p>
        </w:tc>
        <w:tc>
          <w:tcPr>
            <w:tcW w:w="864" w:type="dxa"/>
          </w:tcPr>
          <w:p w14:paraId="36E2E6D0" w14:textId="77777777" w:rsidR="00A45D25" w:rsidRPr="005E65A6" w:rsidRDefault="00A45D25">
            <w:pPr>
              <w:jc w:val="center"/>
              <w:rPr>
                <w:sz w:val="22"/>
              </w:rPr>
            </w:pPr>
          </w:p>
        </w:tc>
        <w:tc>
          <w:tcPr>
            <w:tcW w:w="864" w:type="dxa"/>
          </w:tcPr>
          <w:p w14:paraId="39BD87F0" w14:textId="77777777" w:rsidR="00A45D25" w:rsidRPr="005E65A6" w:rsidRDefault="00A45D25">
            <w:pPr>
              <w:jc w:val="center"/>
              <w:rPr>
                <w:sz w:val="22"/>
              </w:rPr>
            </w:pPr>
          </w:p>
        </w:tc>
        <w:tc>
          <w:tcPr>
            <w:tcW w:w="1072" w:type="dxa"/>
          </w:tcPr>
          <w:p w14:paraId="3714DBE1" w14:textId="77777777" w:rsidR="00A45D25" w:rsidRPr="005E65A6" w:rsidRDefault="00A45D25">
            <w:pPr>
              <w:jc w:val="center"/>
              <w:rPr>
                <w:sz w:val="22"/>
              </w:rPr>
            </w:pPr>
          </w:p>
        </w:tc>
      </w:tr>
    </w:tbl>
    <w:p w14:paraId="6B52A596" w14:textId="77777777" w:rsidR="00A45D25" w:rsidRPr="005E65A6" w:rsidRDefault="00A45D25">
      <w:pPr>
        <w:spacing w:after="80"/>
        <w:rPr>
          <w:sz w:val="22"/>
        </w:rPr>
      </w:pPr>
    </w:p>
    <w:p w14:paraId="5CA75F54" w14:textId="77777777" w:rsidR="00A45D25" w:rsidRPr="005E65A6" w:rsidRDefault="00000000">
      <w:pPr>
        <w:pStyle w:val="Heading2"/>
        <w:rPr>
          <w:rFonts w:ascii="Arial" w:hAnsi="Arial" w:cs="Arial"/>
          <w:sz w:val="22"/>
          <w:szCs w:val="22"/>
        </w:rPr>
      </w:pPr>
      <w:r w:rsidRPr="005E65A6">
        <w:rPr>
          <w:rFonts w:ascii="Arial" w:hAnsi="Arial" w:cs="Arial"/>
          <w:sz w:val="22"/>
          <w:szCs w:val="22"/>
        </w:rPr>
        <w:t>Section IX — AUTOMATIC PILOT AEROPLANES</w:t>
      </w:r>
    </w:p>
    <w:tbl>
      <w:tblPr>
        <w:tblStyle w:val="TableGrid"/>
        <w:tblW w:w="0" w:type="auto"/>
        <w:tblLook w:val="04A0" w:firstRow="1" w:lastRow="0" w:firstColumn="1" w:lastColumn="0" w:noHBand="0" w:noVBand="1"/>
      </w:tblPr>
      <w:tblGrid>
        <w:gridCol w:w="3244"/>
        <w:gridCol w:w="1537"/>
        <w:gridCol w:w="1854"/>
        <w:gridCol w:w="864"/>
        <w:gridCol w:w="889"/>
        <w:gridCol w:w="1207"/>
      </w:tblGrid>
      <w:tr w:rsidR="00E27F22" w:rsidRPr="005E65A6" w14:paraId="65654AA4" w14:textId="77777777" w:rsidTr="00E27F22">
        <w:tc>
          <w:tcPr>
            <w:tcW w:w="3312" w:type="dxa"/>
          </w:tcPr>
          <w:p w14:paraId="3533A8E3" w14:textId="159883E9" w:rsidR="00E27F22" w:rsidRPr="005E65A6" w:rsidRDefault="00E27F22" w:rsidP="00E27F22">
            <w:pPr>
              <w:rPr>
                <w:sz w:val="22"/>
              </w:rPr>
            </w:pPr>
            <w:r w:rsidRPr="005E65A6">
              <w:rPr>
                <w:b/>
                <w:color w:val="000000" w:themeColor="text1"/>
                <w:sz w:val="22"/>
              </w:rPr>
              <w:t>Area of Operation</w:t>
            </w:r>
          </w:p>
        </w:tc>
        <w:tc>
          <w:tcPr>
            <w:tcW w:w="1357" w:type="dxa"/>
          </w:tcPr>
          <w:p w14:paraId="19E2E1F6" w14:textId="17093F17" w:rsidR="00E27F22" w:rsidRPr="005E65A6" w:rsidRDefault="00E27F22" w:rsidP="00E27F22">
            <w:pPr>
              <w:jc w:val="center"/>
              <w:rPr>
                <w:sz w:val="22"/>
              </w:rPr>
            </w:pPr>
            <w:r w:rsidRPr="005E65A6">
              <w:rPr>
                <w:b/>
                <w:color w:val="000000" w:themeColor="text1"/>
                <w:sz w:val="22"/>
              </w:rPr>
              <w:t>Core Competency</w:t>
            </w:r>
            <w:r w:rsidRPr="005E65A6">
              <w:rPr>
                <w:b/>
                <w:color w:val="000000" w:themeColor="text1"/>
                <w:sz w:val="22"/>
              </w:rPr>
              <w:br/>
              <w:t>Element(s)</w:t>
            </w:r>
          </w:p>
        </w:tc>
        <w:tc>
          <w:tcPr>
            <w:tcW w:w="1872" w:type="dxa"/>
          </w:tcPr>
          <w:p w14:paraId="30035783" w14:textId="58C606BB" w:rsidR="00E27F22" w:rsidRPr="005E65A6" w:rsidRDefault="00E27F22" w:rsidP="00E27F22">
            <w:pPr>
              <w:jc w:val="center"/>
              <w:rPr>
                <w:sz w:val="22"/>
              </w:rPr>
            </w:pPr>
            <w:r w:rsidRPr="005E65A6">
              <w:rPr>
                <w:b/>
                <w:color w:val="000000" w:themeColor="text1"/>
                <w:sz w:val="22"/>
              </w:rPr>
              <w:t>Additional</w:t>
            </w:r>
            <w:r w:rsidRPr="005E65A6">
              <w:rPr>
                <w:b/>
                <w:color w:val="000000" w:themeColor="text1"/>
                <w:sz w:val="22"/>
              </w:rPr>
              <w:br/>
              <w:t>Element(s) Tested</w:t>
            </w:r>
          </w:p>
        </w:tc>
        <w:tc>
          <w:tcPr>
            <w:tcW w:w="864" w:type="dxa"/>
          </w:tcPr>
          <w:p w14:paraId="0B40F876" w14:textId="3FFD28AC" w:rsidR="00E27F22" w:rsidRPr="005E65A6" w:rsidRDefault="00E27F22" w:rsidP="00E27F22">
            <w:pPr>
              <w:jc w:val="center"/>
              <w:rPr>
                <w:sz w:val="22"/>
              </w:rPr>
            </w:pPr>
            <w:r w:rsidRPr="005E65A6">
              <w:rPr>
                <w:b/>
                <w:color w:val="000000" w:themeColor="text1"/>
                <w:sz w:val="22"/>
              </w:rPr>
              <w:t>Level</w:t>
            </w:r>
            <w:r w:rsidRPr="005E65A6">
              <w:rPr>
                <w:b/>
                <w:color w:val="000000" w:themeColor="text1"/>
                <w:sz w:val="22"/>
              </w:rPr>
              <w:br/>
              <w:t>(1/2/3)</w:t>
            </w:r>
          </w:p>
        </w:tc>
        <w:tc>
          <w:tcPr>
            <w:tcW w:w="864" w:type="dxa"/>
          </w:tcPr>
          <w:p w14:paraId="56887F5D" w14:textId="6E0E282C" w:rsidR="00E27F22" w:rsidRPr="005E65A6" w:rsidRDefault="00E27F22" w:rsidP="00E27F22">
            <w:pPr>
              <w:jc w:val="center"/>
              <w:rPr>
                <w:sz w:val="22"/>
              </w:rPr>
            </w:pPr>
            <w:r w:rsidRPr="005E65A6">
              <w:rPr>
                <w:b/>
                <w:color w:val="000000" w:themeColor="text1"/>
                <w:sz w:val="22"/>
              </w:rPr>
              <w:t>Result</w:t>
            </w:r>
            <w:r w:rsidRPr="005E65A6">
              <w:rPr>
                <w:b/>
                <w:color w:val="000000" w:themeColor="text1"/>
                <w:sz w:val="22"/>
              </w:rPr>
              <w:br/>
              <w:t>(S / U)</w:t>
            </w:r>
          </w:p>
        </w:tc>
        <w:tc>
          <w:tcPr>
            <w:tcW w:w="1072" w:type="dxa"/>
          </w:tcPr>
          <w:p w14:paraId="4D8AEAFA" w14:textId="30280A16" w:rsidR="00E27F22" w:rsidRPr="005E65A6" w:rsidRDefault="00E27F22" w:rsidP="00E27F22">
            <w:pPr>
              <w:jc w:val="center"/>
              <w:rPr>
                <w:sz w:val="22"/>
              </w:rPr>
            </w:pPr>
            <w:r w:rsidRPr="005E65A6">
              <w:rPr>
                <w:b/>
                <w:color w:val="000000" w:themeColor="text1"/>
                <w:sz w:val="22"/>
              </w:rPr>
              <w:t>Examiner</w:t>
            </w:r>
            <w:r w:rsidRPr="005E65A6">
              <w:rPr>
                <w:b/>
                <w:color w:val="000000" w:themeColor="text1"/>
                <w:sz w:val="22"/>
              </w:rPr>
              <w:br/>
              <w:t>Initials</w:t>
            </w:r>
          </w:p>
        </w:tc>
      </w:tr>
      <w:tr w:rsidR="00A45D25" w:rsidRPr="005E65A6" w14:paraId="6F020236" w14:textId="77777777" w:rsidTr="00E27F22">
        <w:tc>
          <w:tcPr>
            <w:tcW w:w="3312" w:type="dxa"/>
          </w:tcPr>
          <w:p w14:paraId="5DF5C3F1" w14:textId="43A9961A" w:rsidR="00A45D25" w:rsidRPr="005E65A6" w:rsidRDefault="00000000">
            <w:pPr>
              <w:rPr>
                <w:sz w:val="22"/>
              </w:rPr>
            </w:pPr>
            <w:r w:rsidRPr="005E65A6">
              <w:rPr>
                <w:sz w:val="22"/>
              </w:rPr>
              <w:t xml:space="preserve">A. Theory </w:t>
            </w:r>
            <w:r w:rsidR="005E65A6">
              <w:rPr>
                <w:sz w:val="22"/>
              </w:rPr>
              <w:t>o</w:t>
            </w:r>
            <w:r w:rsidRPr="005E65A6">
              <w:rPr>
                <w:sz w:val="22"/>
              </w:rPr>
              <w:t>f Flight</w:t>
            </w:r>
          </w:p>
        </w:tc>
        <w:tc>
          <w:tcPr>
            <w:tcW w:w="1357" w:type="dxa"/>
          </w:tcPr>
          <w:p w14:paraId="386ADEA6" w14:textId="77777777" w:rsidR="00A45D25" w:rsidRPr="005E65A6" w:rsidRDefault="00000000">
            <w:pPr>
              <w:jc w:val="center"/>
              <w:rPr>
                <w:sz w:val="22"/>
              </w:rPr>
            </w:pPr>
            <w:r w:rsidRPr="005E65A6">
              <w:rPr>
                <w:sz w:val="22"/>
              </w:rPr>
              <w:t>2</w:t>
            </w:r>
          </w:p>
        </w:tc>
        <w:tc>
          <w:tcPr>
            <w:tcW w:w="1872" w:type="dxa"/>
          </w:tcPr>
          <w:p w14:paraId="76EC67EF" w14:textId="77777777" w:rsidR="00A45D25" w:rsidRPr="005E65A6" w:rsidRDefault="00A45D25">
            <w:pPr>
              <w:jc w:val="center"/>
              <w:rPr>
                <w:sz w:val="22"/>
              </w:rPr>
            </w:pPr>
          </w:p>
        </w:tc>
        <w:tc>
          <w:tcPr>
            <w:tcW w:w="864" w:type="dxa"/>
          </w:tcPr>
          <w:p w14:paraId="665C2FA9" w14:textId="77777777" w:rsidR="00A45D25" w:rsidRPr="005E65A6" w:rsidRDefault="00A45D25">
            <w:pPr>
              <w:jc w:val="center"/>
              <w:rPr>
                <w:sz w:val="22"/>
              </w:rPr>
            </w:pPr>
          </w:p>
        </w:tc>
        <w:tc>
          <w:tcPr>
            <w:tcW w:w="864" w:type="dxa"/>
          </w:tcPr>
          <w:p w14:paraId="799D5FB3" w14:textId="77777777" w:rsidR="00A45D25" w:rsidRPr="005E65A6" w:rsidRDefault="00A45D25">
            <w:pPr>
              <w:jc w:val="center"/>
              <w:rPr>
                <w:sz w:val="22"/>
              </w:rPr>
            </w:pPr>
          </w:p>
        </w:tc>
        <w:tc>
          <w:tcPr>
            <w:tcW w:w="1072" w:type="dxa"/>
          </w:tcPr>
          <w:p w14:paraId="256D5927" w14:textId="77777777" w:rsidR="00A45D25" w:rsidRPr="005E65A6" w:rsidRDefault="00A45D25">
            <w:pPr>
              <w:jc w:val="center"/>
              <w:rPr>
                <w:sz w:val="22"/>
              </w:rPr>
            </w:pPr>
          </w:p>
        </w:tc>
      </w:tr>
      <w:tr w:rsidR="00A45D25" w:rsidRPr="005E65A6" w14:paraId="3525A94E" w14:textId="77777777" w:rsidTr="00E27F22">
        <w:tc>
          <w:tcPr>
            <w:tcW w:w="3312" w:type="dxa"/>
          </w:tcPr>
          <w:p w14:paraId="3B1BB1AD" w14:textId="366BD7DD" w:rsidR="00A45D25" w:rsidRPr="005E65A6" w:rsidRDefault="00000000">
            <w:pPr>
              <w:rPr>
                <w:sz w:val="22"/>
              </w:rPr>
            </w:pPr>
            <w:r w:rsidRPr="005E65A6">
              <w:rPr>
                <w:sz w:val="22"/>
              </w:rPr>
              <w:t xml:space="preserve">B. Yaw Damper, Pitch Trim Systems </w:t>
            </w:r>
            <w:r w:rsidR="005E65A6">
              <w:rPr>
                <w:sz w:val="22"/>
              </w:rPr>
              <w:t>a</w:t>
            </w:r>
            <w:r w:rsidRPr="005E65A6">
              <w:rPr>
                <w:sz w:val="22"/>
              </w:rPr>
              <w:t>nd Mach Trim</w:t>
            </w:r>
          </w:p>
        </w:tc>
        <w:tc>
          <w:tcPr>
            <w:tcW w:w="1357" w:type="dxa"/>
          </w:tcPr>
          <w:p w14:paraId="307C0E98" w14:textId="77777777" w:rsidR="00A45D25" w:rsidRPr="005E65A6" w:rsidRDefault="00000000">
            <w:pPr>
              <w:jc w:val="center"/>
              <w:rPr>
                <w:sz w:val="22"/>
              </w:rPr>
            </w:pPr>
            <w:r w:rsidRPr="005E65A6">
              <w:rPr>
                <w:sz w:val="22"/>
              </w:rPr>
              <w:t>2</w:t>
            </w:r>
          </w:p>
        </w:tc>
        <w:tc>
          <w:tcPr>
            <w:tcW w:w="1872" w:type="dxa"/>
          </w:tcPr>
          <w:p w14:paraId="2248A168" w14:textId="77777777" w:rsidR="00A45D25" w:rsidRPr="005E65A6" w:rsidRDefault="00A45D25">
            <w:pPr>
              <w:jc w:val="center"/>
              <w:rPr>
                <w:sz w:val="22"/>
              </w:rPr>
            </w:pPr>
          </w:p>
        </w:tc>
        <w:tc>
          <w:tcPr>
            <w:tcW w:w="864" w:type="dxa"/>
          </w:tcPr>
          <w:p w14:paraId="5764D17F" w14:textId="77777777" w:rsidR="00A45D25" w:rsidRPr="005E65A6" w:rsidRDefault="00A45D25">
            <w:pPr>
              <w:jc w:val="center"/>
              <w:rPr>
                <w:sz w:val="22"/>
              </w:rPr>
            </w:pPr>
          </w:p>
        </w:tc>
        <w:tc>
          <w:tcPr>
            <w:tcW w:w="864" w:type="dxa"/>
          </w:tcPr>
          <w:p w14:paraId="51C5D040" w14:textId="77777777" w:rsidR="00A45D25" w:rsidRPr="005E65A6" w:rsidRDefault="00A45D25">
            <w:pPr>
              <w:jc w:val="center"/>
              <w:rPr>
                <w:sz w:val="22"/>
              </w:rPr>
            </w:pPr>
          </w:p>
        </w:tc>
        <w:tc>
          <w:tcPr>
            <w:tcW w:w="1072" w:type="dxa"/>
          </w:tcPr>
          <w:p w14:paraId="2CD2FC4C" w14:textId="77777777" w:rsidR="00A45D25" w:rsidRPr="005E65A6" w:rsidRDefault="00A45D25">
            <w:pPr>
              <w:jc w:val="center"/>
              <w:rPr>
                <w:sz w:val="22"/>
              </w:rPr>
            </w:pPr>
          </w:p>
        </w:tc>
      </w:tr>
      <w:tr w:rsidR="00A45D25" w:rsidRPr="005E65A6" w14:paraId="330B57DA" w14:textId="77777777" w:rsidTr="00E27F22">
        <w:tc>
          <w:tcPr>
            <w:tcW w:w="3312" w:type="dxa"/>
          </w:tcPr>
          <w:p w14:paraId="00DCE9EF" w14:textId="0D664D8A" w:rsidR="00A45D25" w:rsidRPr="005E65A6" w:rsidRDefault="00000000">
            <w:pPr>
              <w:rPr>
                <w:sz w:val="22"/>
              </w:rPr>
            </w:pPr>
            <w:r w:rsidRPr="005E65A6">
              <w:rPr>
                <w:sz w:val="22"/>
              </w:rPr>
              <w:t xml:space="preserve">C. Digital Flight System </w:t>
            </w:r>
            <w:r w:rsidR="005E65A6">
              <w:rPr>
                <w:sz w:val="22"/>
              </w:rPr>
              <w:t>a</w:t>
            </w:r>
            <w:r w:rsidRPr="005E65A6">
              <w:rPr>
                <w:sz w:val="22"/>
              </w:rPr>
              <w:t>nd Signal Processing</w:t>
            </w:r>
          </w:p>
        </w:tc>
        <w:tc>
          <w:tcPr>
            <w:tcW w:w="1357" w:type="dxa"/>
          </w:tcPr>
          <w:p w14:paraId="36072C13" w14:textId="77777777" w:rsidR="00A45D25" w:rsidRPr="005E65A6" w:rsidRDefault="00000000">
            <w:pPr>
              <w:jc w:val="center"/>
              <w:rPr>
                <w:sz w:val="22"/>
              </w:rPr>
            </w:pPr>
            <w:r w:rsidRPr="005E65A6">
              <w:rPr>
                <w:sz w:val="22"/>
              </w:rPr>
              <w:t>—</w:t>
            </w:r>
          </w:p>
        </w:tc>
        <w:tc>
          <w:tcPr>
            <w:tcW w:w="1872" w:type="dxa"/>
          </w:tcPr>
          <w:p w14:paraId="4C329BDC" w14:textId="77777777" w:rsidR="00A45D25" w:rsidRPr="005E65A6" w:rsidRDefault="00A45D25">
            <w:pPr>
              <w:jc w:val="center"/>
              <w:rPr>
                <w:sz w:val="22"/>
              </w:rPr>
            </w:pPr>
          </w:p>
        </w:tc>
        <w:tc>
          <w:tcPr>
            <w:tcW w:w="864" w:type="dxa"/>
          </w:tcPr>
          <w:p w14:paraId="4C922CC0" w14:textId="77777777" w:rsidR="00A45D25" w:rsidRPr="005E65A6" w:rsidRDefault="00A45D25">
            <w:pPr>
              <w:jc w:val="center"/>
              <w:rPr>
                <w:sz w:val="22"/>
              </w:rPr>
            </w:pPr>
          </w:p>
        </w:tc>
        <w:tc>
          <w:tcPr>
            <w:tcW w:w="864" w:type="dxa"/>
          </w:tcPr>
          <w:p w14:paraId="1ECB95D2" w14:textId="77777777" w:rsidR="00A45D25" w:rsidRPr="005E65A6" w:rsidRDefault="00A45D25">
            <w:pPr>
              <w:jc w:val="center"/>
              <w:rPr>
                <w:sz w:val="22"/>
              </w:rPr>
            </w:pPr>
          </w:p>
        </w:tc>
        <w:tc>
          <w:tcPr>
            <w:tcW w:w="1072" w:type="dxa"/>
          </w:tcPr>
          <w:p w14:paraId="033F6B7D" w14:textId="77777777" w:rsidR="00A45D25" w:rsidRPr="005E65A6" w:rsidRDefault="00A45D25">
            <w:pPr>
              <w:jc w:val="center"/>
              <w:rPr>
                <w:sz w:val="22"/>
              </w:rPr>
            </w:pPr>
          </w:p>
        </w:tc>
      </w:tr>
      <w:tr w:rsidR="00A45D25" w:rsidRPr="005E65A6" w14:paraId="253370D2" w14:textId="77777777" w:rsidTr="00E27F22">
        <w:tc>
          <w:tcPr>
            <w:tcW w:w="3312" w:type="dxa"/>
          </w:tcPr>
          <w:p w14:paraId="55361DF0" w14:textId="69406B11" w:rsidR="00A45D25" w:rsidRPr="005E65A6" w:rsidRDefault="00000000">
            <w:pPr>
              <w:rPr>
                <w:sz w:val="22"/>
              </w:rPr>
            </w:pPr>
            <w:r w:rsidRPr="005E65A6">
              <w:rPr>
                <w:sz w:val="22"/>
              </w:rPr>
              <w:t xml:space="preserve">D. Command </w:t>
            </w:r>
            <w:r w:rsidR="005E65A6">
              <w:rPr>
                <w:sz w:val="22"/>
              </w:rPr>
              <w:t>a</w:t>
            </w:r>
            <w:r w:rsidRPr="005E65A6">
              <w:rPr>
                <w:sz w:val="22"/>
              </w:rPr>
              <w:t>nd Demand Signals</w:t>
            </w:r>
          </w:p>
        </w:tc>
        <w:tc>
          <w:tcPr>
            <w:tcW w:w="1357" w:type="dxa"/>
          </w:tcPr>
          <w:p w14:paraId="18276591" w14:textId="77777777" w:rsidR="00A45D25" w:rsidRPr="005E65A6" w:rsidRDefault="00000000">
            <w:pPr>
              <w:jc w:val="center"/>
              <w:rPr>
                <w:sz w:val="22"/>
              </w:rPr>
            </w:pPr>
            <w:r w:rsidRPr="005E65A6">
              <w:rPr>
                <w:sz w:val="22"/>
              </w:rPr>
              <w:t>—</w:t>
            </w:r>
          </w:p>
        </w:tc>
        <w:tc>
          <w:tcPr>
            <w:tcW w:w="1872" w:type="dxa"/>
          </w:tcPr>
          <w:p w14:paraId="3A703C4D" w14:textId="77777777" w:rsidR="00A45D25" w:rsidRPr="005E65A6" w:rsidRDefault="00A45D25">
            <w:pPr>
              <w:jc w:val="center"/>
              <w:rPr>
                <w:sz w:val="22"/>
              </w:rPr>
            </w:pPr>
          </w:p>
        </w:tc>
        <w:tc>
          <w:tcPr>
            <w:tcW w:w="864" w:type="dxa"/>
          </w:tcPr>
          <w:p w14:paraId="7EC61A87" w14:textId="77777777" w:rsidR="00A45D25" w:rsidRPr="005E65A6" w:rsidRDefault="00A45D25">
            <w:pPr>
              <w:jc w:val="center"/>
              <w:rPr>
                <w:sz w:val="22"/>
              </w:rPr>
            </w:pPr>
          </w:p>
        </w:tc>
        <w:tc>
          <w:tcPr>
            <w:tcW w:w="864" w:type="dxa"/>
          </w:tcPr>
          <w:p w14:paraId="10F4B4F7" w14:textId="77777777" w:rsidR="00A45D25" w:rsidRPr="005E65A6" w:rsidRDefault="00A45D25">
            <w:pPr>
              <w:jc w:val="center"/>
              <w:rPr>
                <w:sz w:val="22"/>
              </w:rPr>
            </w:pPr>
          </w:p>
        </w:tc>
        <w:tc>
          <w:tcPr>
            <w:tcW w:w="1072" w:type="dxa"/>
          </w:tcPr>
          <w:p w14:paraId="16CF2E64" w14:textId="77777777" w:rsidR="00A45D25" w:rsidRPr="005E65A6" w:rsidRDefault="00A45D25">
            <w:pPr>
              <w:jc w:val="center"/>
              <w:rPr>
                <w:sz w:val="22"/>
              </w:rPr>
            </w:pPr>
          </w:p>
        </w:tc>
      </w:tr>
    </w:tbl>
    <w:p w14:paraId="417BEE7F" w14:textId="77777777" w:rsidR="00A45D25" w:rsidRPr="005E65A6" w:rsidRDefault="00A45D25">
      <w:pPr>
        <w:spacing w:after="80"/>
        <w:rPr>
          <w:sz w:val="22"/>
        </w:rPr>
      </w:pPr>
    </w:p>
    <w:p w14:paraId="4A795F8B" w14:textId="77777777" w:rsidR="00A45D25" w:rsidRPr="005E65A6" w:rsidRDefault="00000000">
      <w:pPr>
        <w:pStyle w:val="Heading2"/>
        <w:rPr>
          <w:rFonts w:ascii="Arial" w:hAnsi="Arial" w:cs="Arial"/>
          <w:sz w:val="22"/>
          <w:szCs w:val="22"/>
        </w:rPr>
      </w:pPr>
      <w:r w:rsidRPr="005E65A6">
        <w:rPr>
          <w:rFonts w:ascii="Arial" w:hAnsi="Arial" w:cs="Arial"/>
          <w:sz w:val="22"/>
          <w:szCs w:val="22"/>
        </w:rPr>
        <w:t>Section X — AUTOMATIC PILOT ROTORCRAFT</w:t>
      </w:r>
    </w:p>
    <w:tbl>
      <w:tblPr>
        <w:tblStyle w:val="TableGrid"/>
        <w:tblW w:w="0" w:type="auto"/>
        <w:tblLook w:val="04A0" w:firstRow="1" w:lastRow="0" w:firstColumn="1" w:lastColumn="0" w:noHBand="0" w:noVBand="1"/>
      </w:tblPr>
      <w:tblGrid>
        <w:gridCol w:w="3244"/>
        <w:gridCol w:w="1537"/>
        <w:gridCol w:w="1854"/>
        <w:gridCol w:w="864"/>
        <w:gridCol w:w="889"/>
        <w:gridCol w:w="1207"/>
      </w:tblGrid>
      <w:tr w:rsidR="00E27F22" w:rsidRPr="005E65A6" w14:paraId="72641AC2" w14:textId="77777777" w:rsidTr="00E27F22">
        <w:tc>
          <w:tcPr>
            <w:tcW w:w="3312" w:type="dxa"/>
          </w:tcPr>
          <w:p w14:paraId="397E8DB3" w14:textId="5EFC6822" w:rsidR="00E27F22" w:rsidRPr="005E65A6" w:rsidRDefault="00E27F22" w:rsidP="00E27F22">
            <w:pPr>
              <w:rPr>
                <w:sz w:val="22"/>
              </w:rPr>
            </w:pPr>
            <w:r w:rsidRPr="005E65A6">
              <w:rPr>
                <w:b/>
                <w:color w:val="000000" w:themeColor="text1"/>
                <w:sz w:val="22"/>
              </w:rPr>
              <w:t>Area of Operation</w:t>
            </w:r>
          </w:p>
        </w:tc>
        <w:tc>
          <w:tcPr>
            <w:tcW w:w="1357" w:type="dxa"/>
          </w:tcPr>
          <w:p w14:paraId="470ED276" w14:textId="1433D64B" w:rsidR="00E27F22" w:rsidRPr="005E65A6" w:rsidRDefault="00E27F22" w:rsidP="00E27F22">
            <w:pPr>
              <w:jc w:val="center"/>
              <w:rPr>
                <w:sz w:val="22"/>
              </w:rPr>
            </w:pPr>
            <w:r w:rsidRPr="005E65A6">
              <w:rPr>
                <w:b/>
                <w:color w:val="000000" w:themeColor="text1"/>
                <w:sz w:val="22"/>
              </w:rPr>
              <w:t>Core Competency</w:t>
            </w:r>
            <w:r w:rsidRPr="005E65A6">
              <w:rPr>
                <w:b/>
                <w:color w:val="000000" w:themeColor="text1"/>
                <w:sz w:val="22"/>
              </w:rPr>
              <w:br/>
              <w:t>Element(s)</w:t>
            </w:r>
          </w:p>
        </w:tc>
        <w:tc>
          <w:tcPr>
            <w:tcW w:w="1872" w:type="dxa"/>
          </w:tcPr>
          <w:p w14:paraId="1EACC8D1" w14:textId="23B0AAFA" w:rsidR="00E27F22" w:rsidRPr="005E65A6" w:rsidRDefault="00E27F22" w:rsidP="00E27F22">
            <w:pPr>
              <w:jc w:val="center"/>
              <w:rPr>
                <w:sz w:val="22"/>
              </w:rPr>
            </w:pPr>
            <w:r w:rsidRPr="005E65A6">
              <w:rPr>
                <w:b/>
                <w:color w:val="000000" w:themeColor="text1"/>
                <w:sz w:val="22"/>
              </w:rPr>
              <w:t>Additional</w:t>
            </w:r>
            <w:r w:rsidRPr="005E65A6">
              <w:rPr>
                <w:b/>
                <w:color w:val="000000" w:themeColor="text1"/>
                <w:sz w:val="22"/>
              </w:rPr>
              <w:br/>
              <w:t>Element(s) Tested</w:t>
            </w:r>
          </w:p>
        </w:tc>
        <w:tc>
          <w:tcPr>
            <w:tcW w:w="864" w:type="dxa"/>
          </w:tcPr>
          <w:p w14:paraId="65A0CC7F" w14:textId="4B9C0758" w:rsidR="00E27F22" w:rsidRPr="005E65A6" w:rsidRDefault="00E27F22" w:rsidP="00E27F22">
            <w:pPr>
              <w:jc w:val="center"/>
              <w:rPr>
                <w:sz w:val="22"/>
              </w:rPr>
            </w:pPr>
            <w:r w:rsidRPr="005E65A6">
              <w:rPr>
                <w:b/>
                <w:color w:val="000000" w:themeColor="text1"/>
                <w:sz w:val="22"/>
              </w:rPr>
              <w:t>Level</w:t>
            </w:r>
            <w:r w:rsidRPr="005E65A6">
              <w:rPr>
                <w:b/>
                <w:color w:val="000000" w:themeColor="text1"/>
                <w:sz w:val="22"/>
              </w:rPr>
              <w:br/>
              <w:t>(1/2/3)</w:t>
            </w:r>
          </w:p>
        </w:tc>
        <w:tc>
          <w:tcPr>
            <w:tcW w:w="864" w:type="dxa"/>
          </w:tcPr>
          <w:p w14:paraId="64D2046B" w14:textId="3BD2A298" w:rsidR="00E27F22" w:rsidRPr="005E65A6" w:rsidRDefault="00E27F22" w:rsidP="00E27F22">
            <w:pPr>
              <w:jc w:val="center"/>
              <w:rPr>
                <w:sz w:val="22"/>
              </w:rPr>
            </w:pPr>
            <w:r w:rsidRPr="005E65A6">
              <w:rPr>
                <w:b/>
                <w:color w:val="000000" w:themeColor="text1"/>
                <w:sz w:val="22"/>
              </w:rPr>
              <w:t>Result</w:t>
            </w:r>
            <w:r w:rsidRPr="005E65A6">
              <w:rPr>
                <w:b/>
                <w:color w:val="000000" w:themeColor="text1"/>
                <w:sz w:val="22"/>
              </w:rPr>
              <w:br/>
              <w:t>(S / U)</w:t>
            </w:r>
          </w:p>
        </w:tc>
        <w:tc>
          <w:tcPr>
            <w:tcW w:w="1072" w:type="dxa"/>
          </w:tcPr>
          <w:p w14:paraId="6800665E" w14:textId="1AB48314" w:rsidR="00E27F22" w:rsidRPr="005E65A6" w:rsidRDefault="00E27F22" w:rsidP="00E27F22">
            <w:pPr>
              <w:jc w:val="center"/>
              <w:rPr>
                <w:sz w:val="22"/>
              </w:rPr>
            </w:pPr>
            <w:r w:rsidRPr="005E65A6">
              <w:rPr>
                <w:b/>
                <w:color w:val="000000" w:themeColor="text1"/>
                <w:sz w:val="22"/>
              </w:rPr>
              <w:t>Examiner</w:t>
            </w:r>
            <w:r w:rsidRPr="005E65A6">
              <w:rPr>
                <w:b/>
                <w:color w:val="000000" w:themeColor="text1"/>
                <w:sz w:val="22"/>
              </w:rPr>
              <w:br/>
              <w:t>Initials</w:t>
            </w:r>
          </w:p>
        </w:tc>
      </w:tr>
      <w:tr w:rsidR="00A45D25" w:rsidRPr="005E65A6" w14:paraId="50319D3A" w14:textId="77777777" w:rsidTr="00E27F22">
        <w:tc>
          <w:tcPr>
            <w:tcW w:w="3312" w:type="dxa"/>
          </w:tcPr>
          <w:p w14:paraId="25C789C1" w14:textId="6EEBA033" w:rsidR="00A45D25" w:rsidRPr="005E65A6" w:rsidRDefault="00000000">
            <w:pPr>
              <w:rPr>
                <w:sz w:val="22"/>
              </w:rPr>
            </w:pPr>
            <w:r w:rsidRPr="005E65A6">
              <w:rPr>
                <w:sz w:val="22"/>
              </w:rPr>
              <w:t xml:space="preserve">A. Theory </w:t>
            </w:r>
            <w:r w:rsidR="005E65A6">
              <w:rPr>
                <w:sz w:val="22"/>
              </w:rPr>
              <w:t>o</w:t>
            </w:r>
            <w:r w:rsidRPr="005E65A6">
              <w:rPr>
                <w:sz w:val="22"/>
              </w:rPr>
              <w:t>f Flight</w:t>
            </w:r>
          </w:p>
        </w:tc>
        <w:tc>
          <w:tcPr>
            <w:tcW w:w="1357" w:type="dxa"/>
          </w:tcPr>
          <w:p w14:paraId="72FC6868" w14:textId="77777777" w:rsidR="00A45D25" w:rsidRPr="005E65A6" w:rsidRDefault="00000000">
            <w:pPr>
              <w:jc w:val="center"/>
              <w:rPr>
                <w:sz w:val="22"/>
              </w:rPr>
            </w:pPr>
            <w:r w:rsidRPr="005E65A6">
              <w:rPr>
                <w:sz w:val="22"/>
              </w:rPr>
              <w:t>—</w:t>
            </w:r>
          </w:p>
        </w:tc>
        <w:tc>
          <w:tcPr>
            <w:tcW w:w="1872" w:type="dxa"/>
          </w:tcPr>
          <w:p w14:paraId="583E5FEE" w14:textId="77777777" w:rsidR="00A45D25" w:rsidRPr="005E65A6" w:rsidRDefault="00A45D25">
            <w:pPr>
              <w:jc w:val="center"/>
              <w:rPr>
                <w:sz w:val="22"/>
              </w:rPr>
            </w:pPr>
          </w:p>
        </w:tc>
        <w:tc>
          <w:tcPr>
            <w:tcW w:w="864" w:type="dxa"/>
          </w:tcPr>
          <w:p w14:paraId="6BF31AEE" w14:textId="77777777" w:rsidR="00A45D25" w:rsidRPr="005E65A6" w:rsidRDefault="00A45D25">
            <w:pPr>
              <w:jc w:val="center"/>
              <w:rPr>
                <w:sz w:val="22"/>
              </w:rPr>
            </w:pPr>
          </w:p>
        </w:tc>
        <w:tc>
          <w:tcPr>
            <w:tcW w:w="864" w:type="dxa"/>
          </w:tcPr>
          <w:p w14:paraId="685D04C2" w14:textId="77777777" w:rsidR="00A45D25" w:rsidRPr="005E65A6" w:rsidRDefault="00A45D25">
            <w:pPr>
              <w:jc w:val="center"/>
              <w:rPr>
                <w:sz w:val="22"/>
              </w:rPr>
            </w:pPr>
          </w:p>
        </w:tc>
        <w:tc>
          <w:tcPr>
            <w:tcW w:w="1072" w:type="dxa"/>
          </w:tcPr>
          <w:p w14:paraId="538C80AF" w14:textId="77777777" w:rsidR="00A45D25" w:rsidRPr="005E65A6" w:rsidRDefault="00A45D25">
            <w:pPr>
              <w:jc w:val="center"/>
              <w:rPr>
                <w:sz w:val="22"/>
              </w:rPr>
            </w:pPr>
          </w:p>
        </w:tc>
      </w:tr>
      <w:tr w:rsidR="00A45D25" w:rsidRPr="005E65A6" w14:paraId="52848F08" w14:textId="77777777" w:rsidTr="00E27F22">
        <w:tc>
          <w:tcPr>
            <w:tcW w:w="3312" w:type="dxa"/>
          </w:tcPr>
          <w:p w14:paraId="1A69AA3E" w14:textId="77777777" w:rsidR="00A45D25" w:rsidRPr="005E65A6" w:rsidRDefault="00000000">
            <w:pPr>
              <w:rPr>
                <w:sz w:val="22"/>
              </w:rPr>
            </w:pPr>
            <w:r w:rsidRPr="005E65A6">
              <w:rPr>
                <w:sz w:val="22"/>
              </w:rPr>
              <w:t>B. Signal Processing</w:t>
            </w:r>
          </w:p>
        </w:tc>
        <w:tc>
          <w:tcPr>
            <w:tcW w:w="1357" w:type="dxa"/>
          </w:tcPr>
          <w:p w14:paraId="62B4BCC7" w14:textId="77777777" w:rsidR="00A45D25" w:rsidRPr="005E65A6" w:rsidRDefault="00000000">
            <w:pPr>
              <w:jc w:val="center"/>
              <w:rPr>
                <w:sz w:val="22"/>
              </w:rPr>
            </w:pPr>
            <w:r w:rsidRPr="005E65A6">
              <w:rPr>
                <w:sz w:val="22"/>
              </w:rPr>
              <w:t>—</w:t>
            </w:r>
          </w:p>
        </w:tc>
        <w:tc>
          <w:tcPr>
            <w:tcW w:w="1872" w:type="dxa"/>
          </w:tcPr>
          <w:p w14:paraId="4ABAF73C" w14:textId="77777777" w:rsidR="00A45D25" w:rsidRPr="005E65A6" w:rsidRDefault="00A45D25">
            <w:pPr>
              <w:jc w:val="center"/>
              <w:rPr>
                <w:sz w:val="22"/>
              </w:rPr>
            </w:pPr>
          </w:p>
        </w:tc>
        <w:tc>
          <w:tcPr>
            <w:tcW w:w="864" w:type="dxa"/>
          </w:tcPr>
          <w:p w14:paraId="01AB8394" w14:textId="77777777" w:rsidR="00A45D25" w:rsidRPr="005E65A6" w:rsidRDefault="00A45D25">
            <w:pPr>
              <w:jc w:val="center"/>
              <w:rPr>
                <w:sz w:val="22"/>
              </w:rPr>
            </w:pPr>
          </w:p>
        </w:tc>
        <w:tc>
          <w:tcPr>
            <w:tcW w:w="864" w:type="dxa"/>
          </w:tcPr>
          <w:p w14:paraId="2BE382E2" w14:textId="77777777" w:rsidR="00A45D25" w:rsidRPr="005E65A6" w:rsidRDefault="00A45D25">
            <w:pPr>
              <w:jc w:val="center"/>
              <w:rPr>
                <w:sz w:val="22"/>
              </w:rPr>
            </w:pPr>
          </w:p>
        </w:tc>
        <w:tc>
          <w:tcPr>
            <w:tcW w:w="1072" w:type="dxa"/>
          </w:tcPr>
          <w:p w14:paraId="5220E1D5" w14:textId="77777777" w:rsidR="00A45D25" w:rsidRPr="005E65A6" w:rsidRDefault="00A45D25">
            <w:pPr>
              <w:jc w:val="center"/>
              <w:rPr>
                <w:sz w:val="22"/>
              </w:rPr>
            </w:pPr>
          </w:p>
        </w:tc>
      </w:tr>
      <w:tr w:rsidR="00A45D25" w:rsidRPr="005E65A6" w14:paraId="3A76A5DA" w14:textId="77777777" w:rsidTr="00E27F22">
        <w:tc>
          <w:tcPr>
            <w:tcW w:w="3312" w:type="dxa"/>
          </w:tcPr>
          <w:p w14:paraId="426FF9E7" w14:textId="6B7AAA33" w:rsidR="00A45D25" w:rsidRPr="005E65A6" w:rsidRDefault="00000000">
            <w:pPr>
              <w:rPr>
                <w:sz w:val="22"/>
              </w:rPr>
            </w:pPr>
            <w:r w:rsidRPr="005E65A6">
              <w:rPr>
                <w:sz w:val="22"/>
              </w:rPr>
              <w:t xml:space="preserve">C. Command </w:t>
            </w:r>
            <w:r w:rsidR="005E65A6">
              <w:rPr>
                <w:sz w:val="22"/>
              </w:rPr>
              <w:t>a</w:t>
            </w:r>
            <w:r w:rsidRPr="005E65A6">
              <w:rPr>
                <w:sz w:val="22"/>
              </w:rPr>
              <w:t>nd Demand Signals</w:t>
            </w:r>
          </w:p>
        </w:tc>
        <w:tc>
          <w:tcPr>
            <w:tcW w:w="1357" w:type="dxa"/>
          </w:tcPr>
          <w:p w14:paraId="5CD2DE25" w14:textId="77777777" w:rsidR="00A45D25" w:rsidRPr="005E65A6" w:rsidRDefault="00000000">
            <w:pPr>
              <w:jc w:val="center"/>
              <w:rPr>
                <w:sz w:val="22"/>
              </w:rPr>
            </w:pPr>
            <w:r w:rsidRPr="005E65A6">
              <w:rPr>
                <w:sz w:val="22"/>
              </w:rPr>
              <w:t>—</w:t>
            </w:r>
          </w:p>
        </w:tc>
        <w:tc>
          <w:tcPr>
            <w:tcW w:w="1872" w:type="dxa"/>
          </w:tcPr>
          <w:p w14:paraId="20A1195F" w14:textId="77777777" w:rsidR="00A45D25" w:rsidRPr="005E65A6" w:rsidRDefault="00A45D25">
            <w:pPr>
              <w:jc w:val="center"/>
              <w:rPr>
                <w:sz w:val="22"/>
              </w:rPr>
            </w:pPr>
          </w:p>
        </w:tc>
        <w:tc>
          <w:tcPr>
            <w:tcW w:w="864" w:type="dxa"/>
          </w:tcPr>
          <w:p w14:paraId="5F570283" w14:textId="77777777" w:rsidR="00A45D25" w:rsidRPr="005E65A6" w:rsidRDefault="00A45D25">
            <w:pPr>
              <w:jc w:val="center"/>
              <w:rPr>
                <w:sz w:val="22"/>
              </w:rPr>
            </w:pPr>
          </w:p>
        </w:tc>
        <w:tc>
          <w:tcPr>
            <w:tcW w:w="864" w:type="dxa"/>
          </w:tcPr>
          <w:p w14:paraId="280853DA" w14:textId="77777777" w:rsidR="00A45D25" w:rsidRPr="005E65A6" w:rsidRDefault="00A45D25">
            <w:pPr>
              <w:jc w:val="center"/>
              <w:rPr>
                <w:sz w:val="22"/>
              </w:rPr>
            </w:pPr>
          </w:p>
        </w:tc>
        <w:tc>
          <w:tcPr>
            <w:tcW w:w="1072" w:type="dxa"/>
          </w:tcPr>
          <w:p w14:paraId="62859A20" w14:textId="77777777" w:rsidR="00A45D25" w:rsidRPr="005E65A6" w:rsidRDefault="00A45D25">
            <w:pPr>
              <w:jc w:val="center"/>
              <w:rPr>
                <w:sz w:val="22"/>
              </w:rPr>
            </w:pPr>
          </w:p>
        </w:tc>
      </w:tr>
    </w:tbl>
    <w:p w14:paraId="74C56912" w14:textId="77777777" w:rsidR="00A45D25" w:rsidRPr="005E65A6" w:rsidRDefault="00A45D25">
      <w:pPr>
        <w:spacing w:after="80"/>
        <w:rPr>
          <w:sz w:val="22"/>
        </w:rPr>
      </w:pPr>
    </w:p>
    <w:p w14:paraId="545CBF50" w14:textId="77777777" w:rsidR="00A45D25" w:rsidRPr="005E65A6" w:rsidRDefault="00000000">
      <w:pPr>
        <w:pStyle w:val="Heading2"/>
        <w:rPr>
          <w:rFonts w:ascii="Arial" w:hAnsi="Arial" w:cs="Arial"/>
          <w:sz w:val="22"/>
          <w:szCs w:val="22"/>
        </w:rPr>
      </w:pPr>
      <w:r w:rsidRPr="005E65A6">
        <w:rPr>
          <w:rFonts w:ascii="Arial" w:hAnsi="Arial" w:cs="Arial"/>
          <w:sz w:val="22"/>
          <w:szCs w:val="22"/>
        </w:rPr>
        <w:lastRenderedPageBreak/>
        <w:t>Section XI — COMPASS COMPENSATION AND ADJUSTMENTS</w:t>
      </w:r>
    </w:p>
    <w:tbl>
      <w:tblPr>
        <w:tblStyle w:val="TableGrid"/>
        <w:tblW w:w="0" w:type="auto"/>
        <w:tblLook w:val="04A0" w:firstRow="1" w:lastRow="0" w:firstColumn="1" w:lastColumn="0" w:noHBand="0" w:noVBand="1"/>
      </w:tblPr>
      <w:tblGrid>
        <w:gridCol w:w="3244"/>
        <w:gridCol w:w="1537"/>
        <w:gridCol w:w="1854"/>
        <w:gridCol w:w="864"/>
        <w:gridCol w:w="889"/>
        <w:gridCol w:w="1207"/>
      </w:tblGrid>
      <w:tr w:rsidR="00E27F22" w:rsidRPr="005E65A6" w14:paraId="7E655379" w14:textId="77777777" w:rsidTr="00E27F22">
        <w:tc>
          <w:tcPr>
            <w:tcW w:w="3312" w:type="dxa"/>
          </w:tcPr>
          <w:p w14:paraId="0AC52D69" w14:textId="3956513E" w:rsidR="00E27F22" w:rsidRPr="005E65A6" w:rsidRDefault="00E27F22" w:rsidP="00E27F22">
            <w:pPr>
              <w:rPr>
                <w:sz w:val="22"/>
              </w:rPr>
            </w:pPr>
            <w:r w:rsidRPr="005E65A6">
              <w:rPr>
                <w:b/>
                <w:color w:val="000000" w:themeColor="text1"/>
                <w:sz w:val="22"/>
              </w:rPr>
              <w:t>Area of Operation</w:t>
            </w:r>
          </w:p>
        </w:tc>
        <w:tc>
          <w:tcPr>
            <w:tcW w:w="1357" w:type="dxa"/>
          </w:tcPr>
          <w:p w14:paraId="496BDD3A" w14:textId="3F778034" w:rsidR="00E27F22" w:rsidRPr="005E65A6" w:rsidRDefault="00E27F22" w:rsidP="00E27F22">
            <w:pPr>
              <w:jc w:val="center"/>
              <w:rPr>
                <w:sz w:val="22"/>
              </w:rPr>
            </w:pPr>
            <w:r w:rsidRPr="005E65A6">
              <w:rPr>
                <w:b/>
                <w:color w:val="000000" w:themeColor="text1"/>
                <w:sz w:val="22"/>
              </w:rPr>
              <w:t>Core Competency</w:t>
            </w:r>
            <w:r w:rsidRPr="005E65A6">
              <w:rPr>
                <w:b/>
                <w:color w:val="000000" w:themeColor="text1"/>
                <w:sz w:val="22"/>
              </w:rPr>
              <w:br/>
              <w:t>Element(s)</w:t>
            </w:r>
          </w:p>
        </w:tc>
        <w:tc>
          <w:tcPr>
            <w:tcW w:w="1872" w:type="dxa"/>
          </w:tcPr>
          <w:p w14:paraId="4A12C9DE" w14:textId="667E2C12" w:rsidR="00E27F22" w:rsidRPr="005E65A6" w:rsidRDefault="00E27F22" w:rsidP="00E27F22">
            <w:pPr>
              <w:jc w:val="center"/>
              <w:rPr>
                <w:sz w:val="22"/>
              </w:rPr>
            </w:pPr>
            <w:r w:rsidRPr="005E65A6">
              <w:rPr>
                <w:b/>
                <w:color w:val="000000" w:themeColor="text1"/>
                <w:sz w:val="22"/>
              </w:rPr>
              <w:t>Additional</w:t>
            </w:r>
            <w:r w:rsidRPr="005E65A6">
              <w:rPr>
                <w:b/>
                <w:color w:val="000000" w:themeColor="text1"/>
                <w:sz w:val="22"/>
              </w:rPr>
              <w:br/>
              <w:t>Element(s) Tested</w:t>
            </w:r>
          </w:p>
        </w:tc>
        <w:tc>
          <w:tcPr>
            <w:tcW w:w="864" w:type="dxa"/>
          </w:tcPr>
          <w:p w14:paraId="4DD734A5" w14:textId="116D9EEF" w:rsidR="00E27F22" w:rsidRPr="005E65A6" w:rsidRDefault="00E27F22" w:rsidP="00E27F22">
            <w:pPr>
              <w:jc w:val="center"/>
              <w:rPr>
                <w:sz w:val="22"/>
              </w:rPr>
            </w:pPr>
            <w:r w:rsidRPr="005E65A6">
              <w:rPr>
                <w:b/>
                <w:color w:val="000000" w:themeColor="text1"/>
                <w:sz w:val="22"/>
              </w:rPr>
              <w:t>Level</w:t>
            </w:r>
            <w:r w:rsidRPr="005E65A6">
              <w:rPr>
                <w:b/>
                <w:color w:val="000000" w:themeColor="text1"/>
                <w:sz w:val="22"/>
              </w:rPr>
              <w:br/>
              <w:t>(1/2/3)</w:t>
            </w:r>
          </w:p>
        </w:tc>
        <w:tc>
          <w:tcPr>
            <w:tcW w:w="864" w:type="dxa"/>
          </w:tcPr>
          <w:p w14:paraId="540B8677" w14:textId="3576FBFC" w:rsidR="00E27F22" w:rsidRPr="005E65A6" w:rsidRDefault="00E27F22" w:rsidP="00E27F22">
            <w:pPr>
              <w:jc w:val="center"/>
              <w:rPr>
                <w:sz w:val="22"/>
              </w:rPr>
            </w:pPr>
            <w:r w:rsidRPr="005E65A6">
              <w:rPr>
                <w:b/>
                <w:color w:val="000000" w:themeColor="text1"/>
                <w:sz w:val="22"/>
              </w:rPr>
              <w:t>Result</w:t>
            </w:r>
            <w:r w:rsidRPr="005E65A6">
              <w:rPr>
                <w:b/>
                <w:color w:val="000000" w:themeColor="text1"/>
                <w:sz w:val="22"/>
              </w:rPr>
              <w:br/>
              <w:t>(S / U)</w:t>
            </w:r>
          </w:p>
        </w:tc>
        <w:tc>
          <w:tcPr>
            <w:tcW w:w="1072" w:type="dxa"/>
          </w:tcPr>
          <w:p w14:paraId="59326BFB" w14:textId="30ADBF20" w:rsidR="00E27F22" w:rsidRPr="005E65A6" w:rsidRDefault="00E27F22" w:rsidP="00E27F22">
            <w:pPr>
              <w:jc w:val="center"/>
              <w:rPr>
                <w:sz w:val="22"/>
              </w:rPr>
            </w:pPr>
            <w:r w:rsidRPr="005E65A6">
              <w:rPr>
                <w:b/>
                <w:color w:val="000000" w:themeColor="text1"/>
                <w:sz w:val="22"/>
              </w:rPr>
              <w:t>Examiner</w:t>
            </w:r>
            <w:r w:rsidRPr="005E65A6">
              <w:rPr>
                <w:b/>
                <w:color w:val="000000" w:themeColor="text1"/>
                <w:sz w:val="22"/>
              </w:rPr>
              <w:br/>
              <w:t>Initials</w:t>
            </w:r>
          </w:p>
        </w:tc>
      </w:tr>
      <w:tr w:rsidR="00A45D25" w:rsidRPr="005E65A6" w14:paraId="7CFFDF5E" w14:textId="77777777" w:rsidTr="00E27F22">
        <w:tc>
          <w:tcPr>
            <w:tcW w:w="3312" w:type="dxa"/>
          </w:tcPr>
          <w:p w14:paraId="20E06E28" w14:textId="4811A571" w:rsidR="00A45D25" w:rsidRPr="005E65A6" w:rsidRDefault="00000000">
            <w:pPr>
              <w:rPr>
                <w:sz w:val="22"/>
              </w:rPr>
            </w:pPr>
            <w:r w:rsidRPr="005E65A6">
              <w:rPr>
                <w:sz w:val="22"/>
              </w:rPr>
              <w:t xml:space="preserve">A. Base Survey </w:t>
            </w:r>
            <w:r w:rsidR="005E65A6">
              <w:rPr>
                <w:sz w:val="22"/>
              </w:rPr>
              <w:t>a</w:t>
            </w:r>
            <w:r w:rsidRPr="005E65A6">
              <w:rPr>
                <w:sz w:val="22"/>
              </w:rPr>
              <w:t>nd Compass Swing</w:t>
            </w:r>
          </w:p>
        </w:tc>
        <w:tc>
          <w:tcPr>
            <w:tcW w:w="1357" w:type="dxa"/>
          </w:tcPr>
          <w:p w14:paraId="5CEEAE00" w14:textId="77777777" w:rsidR="00A45D25" w:rsidRPr="005E65A6" w:rsidRDefault="00000000">
            <w:pPr>
              <w:jc w:val="center"/>
              <w:rPr>
                <w:sz w:val="22"/>
              </w:rPr>
            </w:pPr>
            <w:r w:rsidRPr="005E65A6">
              <w:rPr>
                <w:sz w:val="22"/>
              </w:rPr>
              <w:t>2</w:t>
            </w:r>
          </w:p>
        </w:tc>
        <w:tc>
          <w:tcPr>
            <w:tcW w:w="1872" w:type="dxa"/>
          </w:tcPr>
          <w:p w14:paraId="4B961C0D" w14:textId="77777777" w:rsidR="00A45D25" w:rsidRPr="005E65A6" w:rsidRDefault="00A45D25">
            <w:pPr>
              <w:jc w:val="center"/>
              <w:rPr>
                <w:sz w:val="22"/>
              </w:rPr>
            </w:pPr>
          </w:p>
        </w:tc>
        <w:tc>
          <w:tcPr>
            <w:tcW w:w="864" w:type="dxa"/>
          </w:tcPr>
          <w:p w14:paraId="58BF07B2" w14:textId="77777777" w:rsidR="00A45D25" w:rsidRPr="005E65A6" w:rsidRDefault="00A45D25">
            <w:pPr>
              <w:jc w:val="center"/>
              <w:rPr>
                <w:sz w:val="22"/>
              </w:rPr>
            </w:pPr>
          </w:p>
        </w:tc>
        <w:tc>
          <w:tcPr>
            <w:tcW w:w="864" w:type="dxa"/>
          </w:tcPr>
          <w:p w14:paraId="339723DD" w14:textId="77777777" w:rsidR="00A45D25" w:rsidRPr="005E65A6" w:rsidRDefault="00A45D25">
            <w:pPr>
              <w:jc w:val="center"/>
              <w:rPr>
                <w:sz w:val="22"/>
              </w:rPr>
            </w:pPr>
          </w:p>
        </w:tc>
        <w:tc>
          <w:tcPr>
            <w:tcW w:w="1072" w:type="dxa"/>
          </w:tcPr>
          <w:p w14:paraId="484793DA" w14:textId="77777777" w:rsidR="00A45D25" w:rsidRPr="005E65A6" w:rsidRDefault="00A45D25">
            <w:pPr>
              <w:jc w:val="center"/>
              <w:rPr>
                <w:sz w:val="22"/>
              </w:rPr>
            </w:pPr>
          </w:p>
        </w:tc>
      </w:tr>
    </w:tbl>
    <w:p w14:paraId="7F291CCB" w14:textId="77777777" w:rsidR="00A45D25" w:rsidRPr="005E65A6" w:rsidRDefault="00A45D25">
      <w:pPr>
        <w:spacing w:after="80"/>
        <w:rPr>
          <w:sz w:val="22"/>
        </w:rPr>
      </w:pPr>
    </w:p>
    <w:p w14:paraId="67429D7E" w14:textId="77777777" w:rsidR="00A45D25" w:rsidRPr="005E65A6" w:rsidRDefault="00000000">
      <w:pPr>
        <w:pStyle w:val="Heading2"/>
        <w:rPr>
          <w:rFonts w:ascii="Arial" w:hAnsi="Arial" w:cs="Arial"/>
          <w:sz w:val="22"/>
          <w:szCs w:val="22"/>
        </w:rPr>
      </w:pPr>
      <w:r w:rsidRPr="005E65A6">
        <w:rPr>
          <w:rFonts w:ascii="Arial" w:hAnsi="Arial" w:cs="Arial"/>
          <w:sz w:val="22"/>
          <w:szCs w:val="22"/>
        </w:rPr>
        <w:t>Section XII — RADIO</w:t>
      </w:r>
    </w:p>
    <w:tbl>
      <w:tblPr>
        <w:tblStyle w:val="TableGrid"/>
        <w:tblW w:w="0" w:type="auto"/>
        <w:tblLook w:val="04A0" w:firstRow="1" w:lastRow="0" w:firstColumn="1" w:lastColumn="0" w:noHBand="0" w:noVBand="1"/>
      </w:tblPr>
      <w:tblGrid>
        <w:gridCol w:w="3248"/>
        <w:gridCol w:w="1537"/>
        <w:gridCol w:w="1850"/>
        <w:gridCol w:w="864"/>
        <w:gridCol w:w="889"/>
        <w:gridCol w:w="1207"/>
      </w:tblGrid>
      <w:tr w:rsidR="00E27F22" w:rsidRPr="005E65A6" w14:paraId="519E697B" w14:textId="77777777" w:rsidTr="00E27F22">
        <w:tc>
          <w:tcPr>
            <w:tcW w:w="3312" w:type="dxa"/>
          </w:tcPr>
          <w:p w14:paraId="20EDEF24" w14:textId="72669834" w:rsidR="00E27F22" w:rsidRPr="005E65A6" w:rsidRDefault="00E27F22" w:rsidP="00E27F22">
            <w:pPr>
              <w:rPr>
                <w:sz w:val="22"/>
              </w:rPr>
            </w:pPr>
            <w:r w:rsidRPr="005E65A6">
              <w:rPr>
                <w:b/>
                <w:color w:val="000000" w:themeColor="text1"/>
                <w:sz w:val="22"/>
              </w:rPr>
              <w:t>Area of Operation</w:t>
            </w:r>
          </w:p>
        </w:tc>
        <w:tc>
          <w:tcPr>
            <w:tcW w:w="1357" w:type="dxa"/>
          </w:tcPr>
          <w:p w14:paraId="62FBF478" w14:textId="64E9EB1D" w:rsidR="00E27F22" w:rsidRPr="005E65A6" w:rsidRDefault="00E27F22" w:rsidP="00E27F22">
            <w:pPr>
              <w:jc w:val="center"/>
              <w:rPr>
                <w:sz w:val="22"/>
              </w:rPr>
            </w:pPr>
            <w:r w:rsidRPr="005E65A6">
              <w:rPr>
                <w:b/>
                <w:color w:val="000000" w:themeColor="text1"/>
                <w:sz w:val="22"/>
              </w:rPr>
              <w:t>Core Competency</w:t>
            </w:r>
            <w:r w:rsidRPr="005E65A6">
              <w:rPr>
                <w:b/>
                <w:color w:val="000000" w:themeColor="text1"/>
                <w:sz w:val="22"/>
              </w:rPr>
              <w:br/>
              <w:t>Element(s)</w:t>
            </w:r>
          </w:p>
        </w:tc>
        <w:tc>
          <w:tcPr>
            <w:tcW w:w="1872" w:type="dxa"/>
          </w:tcPr>
          <w:p w14:paraId="76DE88DD" w14:textId="7CEDAAD9" w:rsidR="00E27F22" w:rsidRPr="005E65A6" w:rsidRDefault="00E27F22" w:rsidP="00E27F22">
            <w:pPr>
              <w:jc w:val="center"/>
              <w:rPr>
                <w:sz w:val="22"/>
              </w:rPr>
            </w:pPr>
            <w:r w:rsidRPr="005E65A6">
              <w:rPr>
                <w:b/>
                <w:color w:val="000000" w:themeColor="text1"/>
                <w:sz w:val="22"/>
              </w:rPr>
              <w:t>Additional</w:t>
            </w:r>
            <w:r w:rsidRPr="005E65A6">
              <w:rPr>
                <w:b/>
                <w:color w:val="000000" w:themeColor="text1"/>
                <w:sz w:val="22"/>
              </w:rPr>
              <w:br/>
              <w:t>Element(s) Tested</w:t>
            </w:r>
          </w:p>
        </w:tc>
        <w:tc>
          <w:tcPr>
            <w:tcW w:w="864" w:type="dxa"/>
          </w:tcPr>
          <w:p w14:paraId="52358E5B" w14:textId="44C03593" w:rsidR="00E27F22" w:rsidRPr="005E65A6" w:rsidRDefault="00E27F22" w:rsidP="00E27F22">
            <w:pPr>
              <w:jc w:val="center"/>
              <w:rPr>
                <w:sz w:val="22"/>
              </w:rPr>
            </w:pPr>
            <w:r w:rsidRPr="005E65A6">
              <w:rPr>
                <w:b/>
                <w:color w:val="000000" w:themeColor="text1"/>
                <w:sz w:val="22"/>
              </w:rPr>
              <w:t>Level</w:t>
            </w:r>
            <w:r w:rsidRPr="005E65A6">
              <w:rPr>
                <w:b/>
                <w:color w:val="000000" w:themeColor="text1"/>
                <w:sz w:val="22"/>
              </w:rPr>
              <w:br/>
              <w:t>(1/2/3)</w:t>
            </w:r>
          </w:p>
        </w:tc>
        <w:tc>
          <w:tcPr>
            <w:tcW w:w="864" w:type="dxa"/>
          </w:tcPr>
          <w:p w14:paraId="6BA30D80" w14:textId="1CD4343A" w:rsidR="00E27F22" w:rsidRPr="005E65A6" w:rsidRDefault="00E27F22" w:rsidP="00E27F22">
            <w:pPr>
              <w:jc w:val="center"/>
              <w:rPr>
                <w:sz w:val="22"/>
              </w:rPr>
            </w:pPr>
            <w:r w:rsidRPr="005E65A6">
              <w:rPr>
                <w:b/>
                <w:color w:val="000000" w:themeColor="text1"/>
                <w:sz w:val="22"/>
              </w:rPr>
              <w:t>Result</w:t>
            </w:r>
            <w:r w:rsidRPr="005E65A6">
              <w:rPr>
                <w:b/>
                <w:color w:val="000000" w:themeColor="text1"/>
                <w:sz w:val="22"/>
              </w:rPr>
              <w:br/>
              <w:t>(S / U)</w:t>
            </w:r>
          </w:p>
        </w:tc>
        <w:tc>
          <w:tcPr>
            <w:tcW w:w="1072" w:type="dxa"/>
          </w:tcPr>
          <w:p w14:paraId="6949DC89" w14:textId="13E45729" w:rsidR="00E27F22" w:rsidRPr="005E65A6" w:rsidRDefault="00E27F22" w:rsidP="00E27F22">
            <w:pPr>
              <w:jc w:val="center"/>
              <w:rPr>
                <w:sz w:val="22"/>
              </w:rPr>
            </w:pPr>
            <w:r w:rsidRPr="005E65A6">
              <w:rPr>
                <w:b/>
                <w:color w:val="000000" w:themeColor="text1"/>
                <w:sz w:val="22"/>
              </w:rPr>
              <w:t>Examiner</w:t>
            </w:r>
            <w:r w:rsidRPr="005E65A6">
              <w:rPr>
                <w:b/>
                <w:color w:val="000000" w:themeColor="text1"/>
                <w:sz w:val="22"/>
              </w:rPr>
              <w:br/>
              <w:t>Initials</w:t>
            </w:r>
          </w:p>
        </w:tc>
      </w:tr>
      <w:tr w:rsidR="00A45D25" w:rsidRPr="005E65A6" w14:paraId="38B82601" w14:textId="77777777" w:rsidTr="00E27F22">
        <w:tc>
          <w:tcPr>
            <w:tcW w:w="3312" w:type="dxa"/>
          </w:tcPr>
          <w:p w14:paraId="5D517166" w14:textId="77777777" w:rsidR="00A45D25" w:rsidRPr="005E65A6" w:rsidRDefault="00000000">
            <w:pPr>
              <w:rPr>
                <w:sz w:val="22"/>
              </w:rPr>
            </w:pPr>
            <w:r w:rsidRPr="005E65A6">
              <w:rPr>
                <w:sz w:val="22"/>
              </w:rPr>
              <w:t>A. Communication Systems</w:t>
            </w:r>
          </w:p>
        </w:tc>
        <w:tc>
          <w:tcPr>
            <w:tcW w:w="1357" w:type="dxa"/>
          </w:tcPr>
          <w:p w14:paraId="18784194" w14:textId="77777777" w:rsidR="00A45D25" w:rsidRPr="005E65A6" w:rsidRDefault="00000000">
            <w:pPr>
              <w:jc w:val="center"/>
              <w:rPr>
                <w:sz w:val="22"/>
              </w:rPr>
            </w:pPr>
            <w:r w:rsidRPr="005E65A6">
              <w:rPr>
                <w:sz w:val="22"/>
              </w:rPr>
              <w:t>2</w:t>
            </w:r>
          </w:p>
        </w:tc>
        <w:tc>
          <w:tcPr>
            <w:tcW w:w="1872" w:type="dxa"/>
          </w:tcPr>
          <w:p w14:paraId="58789757" w14:textId="77777777" w:rsidR="00A45D25" w:rsidRPr="005E65A6" w:rsidRDefault="00A45D25">
            <w:pPr>
              <w:jc w:val="center"/>
              <w:rPr>
                <w:sz w:val="22"/>
              </w:rPr>
            </w:pPr>
          </w:p>
        </w:tc>
        <w:tc>
          <w:tcPr>
            <w:tcW w:w="864" w:type="dxa"/>
          </w:tcPr>
          <w:p w14:paraId="2552D6E0" w14:textId="77777777" w:rsidR="00A45D25" w:rsidRPr="005E65A6" w:rsidRDefault="00A45D25">
            <w:pPr>
              <w:jc w:val="center"/>
              <w:rPr>
                <w:sz w:val="22"/>
              </w:rPr>
            </w:pPr>
          </w:p>
        </w:tc>
        <w:tc>
          <w:tcPr>
            <w:tcW w:w="864" w:type="dxa"/>
          </w:tcPr>
          <w:p w14:paraId="760A02EC" w14:textId="77777777" w:rsidR="00A45D25" w:rsidRPr="005E65A6" w:rsidRDefault="00A45D25">
            <w:pPr>
              <w:jc w:val="center"/>
              <w:rPr>
                <w:sz w:val="22"/>
              </w:rPr>
            </w:pPr>
          </w:p>
        </w:tc>
        <w:tc>
          <w:tcPr>
            <w:tcW w:w="1072" w:type="dxa"/>
          </w:tcPr>
          <w:p w14:paraId="791F16BC" w14:textId="77777777" w:rsidR="00A45D25" w:rsidRPr="005E65A6" w:rsidRDefault="00A45D25">
            <w:pPr>
              <w:jc w:val="center"/>
              <w:rPr>
                <w:sz w:val="22"/>
              </w:rPr>
            </w:pPr>
          </w:p>
        </w:tc>
      </w:tr>
      <w:tr w:rsidR="00A45D25" w:rsidRPr="005E65A6" w14:paraId="7D03DAF8" w14:textId="77777777" w:rsidTr="00E27F22">
        <w:tc>
          <w:tcPr>
            <w:tcW w:w="3312" w:type="dxa"/>
          </w:tcPr>
          <w:p w14:paraId="0B96CA03" w14:textId="77777777" w:rsidR="00A45D25" w:rsidRPr="005E65A6" w:rsidRDefault="00000000">
            <w:pPr>
              <w:rPr>
                <w:sz w:val="22"/>
              </w:rPr>
            </w:pPr>
            <w:r w:rsidRPr="005E65A6">
              <w:rPr>
                <w:sz w:val="22"/>
              </w:rPr>
              <w:t>B. Navigation Systems</w:t>
            </w:r>
          </w:p>
        </w:tc>
        <w:tc>
          <w:tcPr>
            <w:tcW w:w="1357" w:type="dxa"/>
          </w:tcPr>
          <w:p w14:paraId="32D079CE" w14:textId="77777777" w:rsidR="00A45D25" w:rsidRPr="005E65A6" w:rsidRDefault="00000000">
            <w:pPr>
              <w:jc w:val="center"/>
              <w:rPr>
                <w:sz w:val="22"/>
              </w:rPr>
            </w:pPr>
            <w:r w:rsidRPr="005E65A6">
              <w:rPr>
                <w:sz w:val="22"/>
              </w:rPr>
              <w:t>2</w:t>
            </w:r>
          </w:p>
        </w:tc>
        <w:tc>
          <w:tcPr>
            <w:tcW w:w="1872" w:type="dxa"/>
          </w:tcPr>
          <w:p w14:paraId="02DDADD4" w14:textId="77777777" w:rsidR="00A45D25" w:rsidRPr="005E65A6" w:rsidRDefault="00A45D25">
            <w:pPr>
              <w:jc w:val="center"/>
              <w:rPr>
                <w:sz w:val="22"/>
              </w:rPr>
            </w:pPr>
          </w:p>
        </w:tc>
        <w:tc>
          <w:tcPr>
            <w:tcW w:w="864" w:type="dxa"/>
          </w:tcPr>
          <w:p w14:paraId="0D625744" w14:textId="77777777" w:rsidR="00A45D25" w:rsidRPr="005E65A6" w:rsidRDefault="00A45D25">
            <w:pPr>
              <w:jc w:val="center"/>
              <w:rPr>
                <w:sz w:val="22"/>
              </w:rPr>
            </w:pPr>
          </w:p>
        </w:tc>
        <w:tc>
          <w:tcPr>
            <w:tcW w:w="864" w:type="dxa"/>
          </w:tcPr>
          <w:p w14:paraId="10BA767E" w14:textId="77777777" w:rsidR="00A45D25" w:rsidRPr="005E65A6" w:rsidRDefault="00A45D25">
            <w:pPr>
              <w:jc w:val="center"/>
              <w:rPr>
                <w:sz w:val="22"/>
              </w:rPr>
            </w:pPr>
          </w:p>
        </w:tc>
        <w:tc>
          <w:tcPr>
            <w:tcW w:w="1072" w:type="dxa"/>
          </w:tcPr>
          <w:p w14:paraId="5C607F63" w14:textId="77777777" w:rsidR="00A45D25" w:rsidRPr="005E65A6" w:rsidRDefault="00A45D25">
            <w:pPr>
              <w:jc w:val="center"/>
              <w:rPr>
                <w:sz w:val="22"/>
              </w:rPr>
            </w:pPr>
          </w:p>
        </w:tc>
      </w:tr>
      <w:tr w:rsidR="00A45D25" w:rsidRPr="005E65A6" w14:paraId="6C60EDD4" w14:textId="77777777" w:rsidTr="00E27F22">
        <w:tc>
          <w:tcPr>
            <w:tcW w:w="3312" w:type="dxa"/>
          </w:tcPr>
          <w:p w14:paraId="17F44C6A" w14:textId="77777777" w:rsidR="00A45D25" w:rsidRPr="005E65A6" w:rsidRDefault="00000000">
            <w:pPr>
              <w:rPr>
                <w:sz w:val="22"/>
              </w:rPr>
            </w:pPr>
            <w:r w:rsidRPr="005E65A6">
              <w:rPr>
                <w:sz w:val="22"/>
              </w:rPr>
              <w:t>C. Radar Systems</w:t>
            </w:r>
          </w:p>
        </w:tc>
        <w:tc>
          <w:tcPr>
            <w:tcW w:w="1357" w:type="dxa"/>
          </w:tcPr>
          <w:p w14:paraId="12243CC7" w14:textId="77777777" w:rsidR="00A45D25" w:rsidRPr="005E65A6" w:rsidRDefault="00000000">
            <w:pPr>
              <w:jc w:val="center"/>
              <w:rPr>
                <w:sz w:val="22"/>
              </w:rPr>
            </w:pPr>
            <w:r w:rsidRPr="005E65A6">
              <w:rPr>
                <w:sz w:val="22"/>
              </w:rPr>
              <w:t>2</w:t>
            </w:r>
          </w:p>
        </w:tc>
        <w:tc>
          <w:tcPr>
            <w:tcW w:w="1872" w:type="dxa"/>
          </w:tcPr>
          <w:p w14:paraId="133C4F99" w14:textId="77777777" w:rsidR="00A45D25" w:rsidRPr="005E65A6" w:rsidRDefault="00A45D25">
            <w:pPr>
              <w:jc w:val="center"/>
              <w:rPr>
                <w:sz w:val="22"/>
              </w:rPr>
            </w:pPr>
          </w:p>
        </w:tc>
        <w:tc>
          <w:tcPr>
            <w:tcW w:w="864" w:type="dxa"/>
          </w:tcPr>
          <w:p w14:paraId="0BC667FE" w14:textId="77777777" w:rsidR="00A45D25" w:rsidRPr="005E65A6" w:rsidRDefault="00A45D25">
            <w:pPr>
              <w:jc w:val="center"/>
              <w:rPr>
                <w:sz w:val="22"/>
              </w:rPr>
            </w:pPr>
          </w:p>
        </w:tc>
        <w:tc>
          <w:tcPr>
            <w:tcW w:w="864" w:type="dxa"/>
          </w:tcPr>
          <w:p w14:paraId="559032B8" w14:textId="77777777" w:rsidR="00A45D25" w:rsidRPr="005E65A6" w:rsidRDefault="00A45D25">
            <w:pPr>
              <w:jc w:val="center"/>
              <w:rPr>
                <w:sz w:val="22"/>
              </w:rPr>
            </w:pPr>
          </w:p>
        </w:tc>
        <w:tc>
          <w:tcPr>
            <w:tcW w:w="1072" w:type="dxa"/>
          </w:tcPr>
          <w:p w14:paraId="17F6A692" w14:textId="77777777" w:rsidR="00A45D25" w:rsidRPr="005E65A6" w:rsidRDefault="00A45D25">
            <w:pPr>
              <w:jc w:val="center"/>
              <w:rPr>
                <w:sz w:val="22"/>
              </w:rPr>
            </w:pPr>
          </w:p>
        </w:tc>
      </w:tr>
    </w:tbl>
    <w:p w14:paraId="6B9A97E1" w14:textId="77777777" w:rsidR="00D17472" w:rsidRPr="005E65A6" w:rsidRDefault="00D17472" w:rsidP="00D17472">
      <w:pPr>
        <w:rPr>
          <w:sz w:val="22"/>
        </w:rPr>
      </w:pPr>
    </w:p>
    <w:p w14:paraId="79DAF6AA" w14:textId="79871CF6" w:rsidR="00A45D25" w:rsidRPr="005E65A6" w:rsidRDefault="00D17472" w:rsidP="00D17472">
      <w:pPr>
        <w:pStyle w:val="Heading2"/>
        <w:rPr>
          <w:rFonts w:ascii="Arial" w:hAnsi="Arial" w:cs="Arial"/>
          <w:sz w:val="22"/>
          <w:szCs w:val="22"/>
        </w:rPr>
      </w:pPr>
      <w:r w:rsidRPr="005E65A6">
        <w:rPr>
          <w:rFonts w:ascii="Arial" w:hAnsi="Arial" w:cs="Arial"/>
          <w:sz w:val="22"/>
          <w:szCs w:val="22"/>
        </w:rPr>
        <w:t xml:space="preserve">D.  </w:t>
      </w:r>
      <w:r w:rsidR="00E27F22" w:rsidRPr="005E65A6">
        <w:rPr>
          <w:rFonts w:ascii="Arial" w:hAnsi="Arial" w:cs="Arial"/>
          <w:sz w:val="22"/>
          <w:szCs w:val="22"/>
        </w:rPr>
        <w:t>OVERALL RESULT SUMMARY</w:t>
      </w:r>
    </w:p>
    <w:tbl>
      <w:tblPr>
        <w:tblStyle w:val="TableGrid"/>
        <w:tblW w:w="0" w:type="auto"/>
        <w:tblLook w:val="04A0" w:firstRow="1" w:lastRow="0" w:firstColumn="1" w:lastColumn="0" w:noHBand="0" w:noVBand="1"/>
      </w:tblPr>
      <w:tblGrid>
        <w:gridCol w:w="4797"/>
        <w:gridCol w:w="4798"/>
      </w:tblGrid>
      <w:tr w:rsidR="00A45D25" w:rsidRPr="005E65A6" w14:paraId="77C975B2" w14:textId="77777777" w:rsidTr="00D17472">
        <w:tc>
          <w:tcPr>
            <w:tcW w:w="4802" w:type="dxa"/>
            <w:shd w:val="clear" w:color="auto" w:fill="DBE5F1" w:themeFill="accent1" w:themeFillTint="33"/>
          </w:tcPr>
          <w:p w14:paraId="6035CB12" w14:textId="77777777" w:rsidR="00A45D25" w:rsidRPr="005E65A6" w:rsidRDefault="00000000">
            <w:pPr>
              <w:rPr>
                <w:bCs/>
                <w:sz w:val="22"/>
              </w:rPr>
            </w:pPr>
            <w:r w:rsidRPr="005E65A6">
              <w:rPr>
                <w:bCs/>
                <w:sz w:val="22"/>
              </w:rPr>
              <w:t>Total Areas of Operation assigned:</w:t>
            </w:r>
          </w:p>
        </w:tc>
        <w:tc>
          <w:tcPr>
            <w:tcW w:w="4802" w:type="dxa"/>
          </w:tcPr>
          <w:p w14:paraId="0ABC605D" w14:textId="77777777" w:rsidR="00A45D25" w:rsidRPr="005E65A6" w:rsidRDefault="00A45D25">
            <w:pPr>
              <w:rPr>
                <w:sz w:val="22"/>
              </w:rPr>
            </w:pPr>
          </w:p>
        </w:tc>
      </w:tr>
      <w:tr w:rsidR="00A45D25" w:rsidRPr="005E65A6" w14:paraId="1AF04F15" w14:textId="77777777" w:rsidTr="00D17472">
        <w:tc>
          <w:tcPr>
            <w:tcW w:w="4802" w:type="dxa"/>
            <w:shd w:val="clear" w:color="auto" w:fill="DBE5F1" w:themeFill="accent1" w:themeFillTint="33"/>
          </w:tcPr>
          <w:p w14:paraId="06B52A6C" w14:textId="77777777" w:rsidR="00A45D25" w:rsidRPr="005E65A6" w:rsidRDefault="00000000">
            <w:pPr>
              <w:rPr>
                <w:bCs/>
                <w:sz w:val="22"/>
              </w:rPr>
            </w:pPr>
            <w:r w:rsidRPr="005E65A6">
              <w:rPr>
                <w:bCs/>
                <w:sz w:val="22"/>
              </w:rPr>
              <w:t>Areas of Operation completed Satisfactorily:</w:t>
            </w:r>
          </w:p>
        </w:tc>
        <w:tc>
          <w:tcPr>
            <w:tcW w:w="4802" w:type="dxa"/>
          </w:tcPr>
          <w:p w14:paraId="6F293557" w14:textId="77777777" w:rsidR="00A45D25" w:rsidRPr="005E65A6" w:rsidRDefault="00A45D25">
            <w:pPr>
              <w:rPr>
                <w:sz w:val="22"/>
              </w:rPr>
            </w:pPr>
          </w:p>
        </w:tc>
      </w:tr>
      <w:tr w:rsidR="00A45D25" w:rsidRPr="005E65A6" w14:paraId="2FEB4534" w14:textId="77777777" w:rsidTr="00D17472">
        <w:tc>
          <w:tcPr>
            <w:tcW w:w="4802" w:type="dxa"/>
            <w:shd w:val="clear" w:color="auto" w:fill="DBE5F1" w:themeFill="accent1" w:themeFillTint="33"/>
          </w:tcPr>
          <w:p w14:paraId="10169181" w14:textId="77777777" w:rsidR="00A45D25" w:rsidRPr="005E65A6" w:rsidRDefault="00000000">
            <w:pPr>
              <w:rPr>
                <w:bCs/>
                <w:sz w:val="22"/>
              </w:rPr>
            </w:pPr>
            <w:r w:rsidRPr="005E65A6">
              <w:rPr>
                <w:bCs/>
                <w:sz w:val="22"/>
              </w:rPr>
              <w:t>Areas of Operation Unsatisfactory / not completed:</w:t>
            </w:r>
          </w:p>
        </w:tc>
        <w:tc>
          <w:tcPr>
            <w:tcW w:w="4802" w:type="dxa"/>
          </w:tcPr>
          <w:p w14:paraId="4CD8B02B" w14:textId="77777777" w:rsidR="00A45D25" w:rsidRPr="005E65A6" w:rsidRDefault="00A45D25">
            <w:pPr>
              <w:rPr>
                <w:sz w:val="22"/>
              </w:rPr>
            </w:pPr>
          </w:p>
        </w:tc>
      </w:tr>
      <w:tr w:rsidR="00A45D25" w:rsidRPr="005E65A6" w14:paraId="433C4F57" w14:textId="77777777" w:rsidTr="00D17472">
        <w:tc>
          <w:tcPr>
            <w:tcW w:w="4802" w:type="dxa"/>
            <w:shd w:val="clear" w:color="auto" w:fill="DBE5F1" w:themeFill="accent1" w:themeFillTint="33"/>
          </w:tcPr>
          <w:p w14:paraId="6FCA9EB9" w14:textId="77777777" w:rsidR="00A45D25" w:rsidRPr="005E65A6" w:rsidRDefault="00000000">
            <w:pPr>
              <w:rPr>
                <w:bCs/>
                <w:sz w:val="22"/>
              </w:rPr>
            </w:pPr>
            <w:r w:rsidRPr="005E65A6">
              <w:rPr>
                <w:bCs/>
                <w:sz w:val="22"/>
              </w:rPr>
              <w:t>Test discontinued? If yes, state the Area of Operation and reason:</w:t>
            </w:r>
          </w:p>
        </w:tc>
        <w:tc>
          <w:tcPr>
            <w:tcW w:w="4802" w:type="dxa"/>
          </w:tcPr>
          <w:p w14:paraId="4B38204F" w14:textId="77777777" w:rsidR="00A45D25" w:rsidRPr="005E65A6" w:rsidRDefault="00A45D25">
            <w:pPr>
              <w:rPr>
                <w:sz w:val="22"/>
              </w:rPr>
            </w:pPr>
          </w:p>
        </w:tc>
      </w:tr>
      <w:tr w:rsidR="00A45D25" w:rsidRPr="005E65A6" w14:paraId="6A3F9B20" w14:textId="77777777" w:rsidTr="00D17472">
        <w:tc>
          <w:tcPr>
            <w:tcW w:w="4802" w:type="dxa"/>
            <w:shd w:val="clear" w:color="auto" w:fill="DBE5F1" w:themeFill="accent1" w:themeFillTint="33"/>
          </w:tcPr>
          <w:p w14:paraId="7BBC91DF" w14:textId="77777777" w:rsidR="00A45D25" w:rsidRPr="005E65A6" w:rsidRDefault="00000000">
            <w:pPr>
              <w:rPr>
                <w:bCs/>
                <w:sz w:val="22"/>
              </w:rPr>
            </w:pPr>
            <w:r w:rsidRPr="005E65A6">
              <w:rPr>
                <w:bCs/>
                <w:sz w:val="22"/>
              </w:rPr>
              <w:t>Overall Result:</w:t>
            </w:r>
          </w:p>
        </w:tc>
        <w:tc>
          <w:tcPr>
            <w:tcW w:w="4802" w:type="dxa"/>
          </w:tcPr>
          <w:p w14:paraId="0C350CFA" w14:textId="77777777" w:rsidR="00A45D25" w:rsidRPr="005E65A6" w:rsidRDefault="00000000">
            <w:pPr>
              <w:rPr>
                <w:sz w:val="22"/>
              </w:rPr>
            </w:pPr>
            <w:r w:rsidRPr="005E65A6">
              <w:rPr>
                <w:rFonts w:ascii="Segoe UI Symbol" w:hAnsi="Segoe UI Symbol" w:cs="Segoe UI Symbol"/>
                <w:sz w:val="22"/>
              </w:rPr>
              <w:t>☐</w:t>
            </w:r>
            <w:r w:rsidRPr="005E65A6">
              <w:rPr>
                <w:sz w:val="22"/>
              </w:rPr>
              <w:t xml:space="preserve"> SATISFACTORY (Recommended for </w:t>
            </w:r>
            <w:proofErr w:type="gramStart"/>
            <w:r w:rsidRPr="005E65A6">
              <w:rPr>
                <w:sz w:val="22"/>
              </w:rPr>
              <w:t xml:space="preserve">approval)   </w:t>
            </w:r>
            <w:proofErr w:type="gramEnd"/>
            <w:r w:rsidRPr="005E65A6">
              <w:rPr>
                <w:rFonts w:ascii="Segoe UI Symbol" w:hAnsi="Segoe UI Symbol" w:cs="Segoe UI Symbol"/>
                <w:sz w:val="22"/>
              </w:rPr>
              <w:t>☐</w:t>
            </w:r>
            <w:r w:rsidRPr="005E65A6">
              <w:rPr>
                <w:sz w:val="22"/>
              </w:rPr>
              <w:t xml:space="preserve"> UNSATISFACTORY</w:t>
            </w:r>
          </w:p>
        </w:tc>
      </w:tr>
    </w:tbl>
    <w:p w14:paraId="252EFF55" w14:textId="77777777" w:rsidR="00A45D25" w:rsidRPr="005E65A6" w:rsidRDefault="00A45D25">
      <w:pPr>
        <w:rPr>
          <w:sz w:val="22"/>
        </w:rPr>
      </w:pPr>
    </w:p>
    <w:p w14:paraId="17061827" w14:textId="77777777" w:rsidR="00A45D25" w:rsidRPr="005E65A6" w:rsidRDefault="00000000" w:rsidP="00E27F22">
      <w:pPr>
        <w:spacing w:after="120"/>
        <w:jc w:val="both"/>
        <w:rPr>
          <w:sz w:val="22"/>
        </w:rPr>
      </w:pPr>
      <w:r w:rsidRPr="005E65A6">
        <w:rPr>
          <w:sz w:val="22"/>
        </w:rPr>
        <w:t>Where the result is Unsatisfactory, the examiner shall identify below the specific Area(s) of Operation and Element(s) not met, for retesting.</w:t>
      </w:r>
    </w:p>
    <w:tbl>
      <w:tblPr>
        <w:tblStyle w:val="TableGrid"/>
        <w:tblW w:w="0" w:type="auto"/>
        <w:tblLook w:val="04A0" w:firstRow="1" w:lastRow="0" w:firstColumn="1" w:lastColumn="0" w:noHBand="0" w:noVBand="1"/>
      </w:tblPr>
      <w:tblGrid>
        <w:gridCol w:w="4798"/>
        <w:gridCol w:w="4797"/>
      </w:tblGrid>
      <w:tr w:rsidR="00E27F22" w:rsidRPr="005E65A6" w14:paraId="329BE605" w14:textId="77777777">
        <w:tc>
          <w:tcPr>
            <w:tcW w:w="4802" w:type="dxa"/>
          </w:tcPr>
          <w:p w14:paraId="2729909C" w14:textId="4206DE40" w:rsidR="00E27F22" w:rsidRPr="005E65A6" w:rsidRDefault="00E27F22" w:rsidP="00E27F22">
            <w:pPr>
              <w:rPr>
                <w:sz w:val="22"/>
              </w:rPr>
            </w:pPr>
            <w:r w:rsidRPr="005E65A6">
              <w:rPr>
                <w:b/>
                <w:color w:val="000000" w:themeColor="text1"/>
                <w:sz w:val="22"/>
              </w:rPr>
              <w:t>Area of Operation / Element</w:t>
            </w:r>
          </w:p>
        </w:tc>
        <w:tc>
          <w:tcPr>
            <w:tcW w:w="4802" w:type="dxa"/>
          </w:tcPr>
          <w:p w14:paraId="009D6E44" w14:textId="1C890961" w:rsidR="00E27F22" w:rsidRPr="005E65A6" w:rsidRDefault="00E27F22" w:rsidP="00E27F22">
            <w:pPr>
              <w:rPr>
                <w:sz w:val="22"/>
              </w:rPr>
            </w:pPr>
            <w:r w:rsidRPr="005E65A6">
              <w:rPr>
                <w:b/>
                <w:color w:val="000000" w:themeColor="text1"/>
                <w:sz w:val="22"/>
              </w:rPr>
              <w:t>Examiner Remarks</w:t>
            </w:r>
          </w:p>
        </w:tc>
      </w:tr>
      <w:tr w:rsidR="00A45D25" w:rsidRPr="005E65A6" w14:paraId="1C692AB0" w14:textId="77777777">
        <w:tc>
          <w:tcPr>
            <w:tcW w:w="4802" w:type="dxa"/>
          </w:tcPr>
          <w:p w14:paraId="21D413F4" w14:textId="77777777" w:rsidR="00A45D25" w:rsidRPr="005E65A6" w:rsidRDefault="00A45D25">
            <w:pPr>
              <w:rPr>
                <w:sz w:val="22"/>
              </w:rPr>
            </w:pPr>
          </w:p>
        </w:tc>
        <w:tc>
          <w:tcPr>
            <w:tcW w:w="4802" w:type="dxa"/>
          </w:tcPr>
          <w:p w14:paraId="600E3737" w14:textId="77777777" w:rsidR="00A45D25" w:rsidRPr="005E65A6" w:rsidRDefault="00A45D25">
            <w:pPr>
              <w:rPr>
                <w:sz w:val="22"/>
              </w:rPr>
            </w:pPr>
          </w:p>
        </w:tc>
      </w:tr>
      <w:tr w:rsidR="00A45D25" w:rsidRPr="005E65A6" w14:paraId="79533D56" w14:textId="77777777">
        <w:tc>
          <w:tcPr>
            <w:tcW w:w="4802" w:type="dxa"/>
          </w:tcPr>
          <w:p w14:paraId="09975ABD" w14:textId="77777777" w:rsidR="00A45D25" w:rsidRPr="005E65A6" w:rsidRDefault="00A45D25">
            <w:pPr>
              <w:rPr>
                <w:sz w:val="22"/>
              </w:rPr>
            </w:pPr>
          </w:p>
        </w:tc>
        <w:tc>
          <w:tcPr>
            <w:tcW w:w="4802" w:type="dxa"/>
          </w:tcPr>
          <w:p w14:paraId="0E80AC00" w14:textId="77777777" w:rsidR="00A45D25" w:rsidRPr="005E65A6" w:rsidRDefault="00A45D25">
            <w:pPr>
              <w:rPr>
                <w:sz w:val="22"/>
              </w:rPr>
            </w:pPr>
          </w:p>
        </w:tc>
      </w:tr>
      <w:tr w:rsidR="00D17472" w:rsidRPr="005E65A6" w14:paraId="5E369EB5" w14:textId="77777777">
        <w:tc>
          <w:tcPr>
            <w:tcW w:w="4802" w:type="dxa"/>
          </w:tcPr>
          <w:p w14:paraId="791726C8" w14:textId="77777777" w:rsidR="00D17472" w:rsidRPr="005E65A6" w:rsidRDefault="00D17472">
            <w:pPr>
              <w:rPr>
                <w:sz w:val="22"/>
              </w:rPr>
            </w:pPr>
          </w:p>
        </w:tc>
        <w:tc>
          <w:tcPr>
            <w:tcW w:w="4802" w:type="dxa"/>
          </w:tcPr>
          <w:p w14:paraId="0837C2BE" w14:textId="77777777" w:rsidR="00D17472" w:rsidRPr="005E65A6" w:rsidRDefault="00D17472">
            <w:pPr>
              <w:rPr>
                <w:sz w:val="22"/>
              </w:rPr>
            </w:pPr>
          </w:p>
        </w:tc>
      </w:tr>
      <w:tr w:rsidR="00D17472" w:rsidRPr="005E65A6" w14:paraId="67F55520" w14:textId="77777777">
        <w:tc>
          <w:tcPr>
            <w:tcW w:w="4802" w:type="dxa"/>
          </w:tcPr>
          <w:p w14:paraId="43D1E716" w14:textId="77777777" w:rsidR="00D17472" w:rsidRPr="005E65A6" w:rsidRDefault="00D17472">
            <w:pPr>
              <w:rPr>
                <w:sz w:val="22"/>
              </w:rPr>
            </w:pPr>
          </w:p>
        </w:tc>
        <w:tc>
          <w:tcPr>
            <w:tcW w:w="4802" w:type="dxa"/>
          </w:tcPr>
          <w:p w14:paraId="669B1EB1" w14:textId="77777777" w:rsidR="00D17472" w:rsidRPr="005E65A6" w:rsidRDefault="00D17472">
            <w:pPr>
              <w:rPr>
                <w:sz w:val="22"/>
              </w:rPr>
            </w:pPr>
          </w:p>
        </w:tc>
      </w:tr>
    </w:tbl>
    <w:p w14:paraId="0964F512" w14:textId="77777777" w:rsidR="00A45D25" w:rsidRPr="005E65A6" w:rsidRDefault="00000000">
      <w:pPr>
        <w:rPr>
          <w:sz w:val="22"/>
        </w:rPr>
      </w:pPr>
      <w:r w:rsidRPr="005E65A6">
        <w:rPr>
          <w:sz w:val="22"/>
        </w:rPr>
        <w:br w:type="page"/>
      </w:r>
    </w:p>
    <w:p w14:paraId="011A6B84" w14:textId="4C56F6F1" w:rsidR="00A45D25" w:rsidRPr="005E65A6" w:rsidRDefault="00000000">
      <w:pPr>
        <w:pStyle w:val="Heading1"/>
        <w:rPr>
          <w:rFonts w:ascii="Arial" w:hAnsi="Arial" w:cs="Arial"/>
          <w:sz w:val="22"/>
          <w:szCs w:val="22"/>
        </w:rPr>
      </w:pPr>
      <w:r w:rsidRPr="005E65A6">
        <w:rPr>
          <w:rFonts w:ascii="Arial" w:hAnsi="Arial" w:cs="Arial"/>
          <w:sz w:val="22"/>
          <w:szCs w:val="22"/>
        </w:rPr>
        <w:lastRenderedPageBreak/>
        <w:t xml:space="preserve">E. </w:t>
      </w:r>
      <w:r w:rsidR="00E27F22" w:rsidRPr="005E65A6">
        <w:rPr>
          <w:rFonts w:ascii="Arial" w:hAnsi="Arial" w:cs="Arial"/>
          <w:sz w:val="22"/>
          <w:szCs w:val="22"/>
        </w:rPr>
        <w:t>EXAMINER'S STATEMENT AND SIGNATURES</w:t>
      </w:r>
    </w:p>
    <w:p w14:paraId="6D9B4E5D" w14:textId="06A06FD5" w:rsidR="00A45D25" w:rsidRPr="005E65A6" w:rsidRDefault="00000000" w:rsidP="00E27F22">
      <w:pPr>
        <w:spacing w:after="320"/>
        <w:jc w:val="both"/>
        <w:rPr>
          <w:sz w:val="22"/>
        </w:rPr>
      </w:pPr>
      <w:r w:rsidRPr="005E65A6">
        <w:rPr>
          <w:sz w:val="22"/>
        </w:rPr>
        <w:t>I certify that I have personally conducted this Aircraft Maintenance Engineer skill test in accordance with the Aircraft Maintenance Engineer Skill Test Standards (TCAA-</w:t>
      </w:r>
      <w:r w:rsidR="00A57802">
        <w:rPr>
          <w:sz w:val="22"/>
        </w:rPr>
        <w:t>MAN</w:t>
      </w:r>
      <w:r w:rsidRPr="005E65A6">
        <w:rPr>
          <w:sz w:val="22"/>
        </w:rPr>
        <w:t>-STS-01) and the Civil Aviation (Personnel Licensing) Regulations</w:t>
      </w:r>
      <w:r w:rsidR="00E27F22" w:rsidRPr="005E65A6">
        <w:rPr>
          <w:sz w:val="22"/>
        </w:rPr>
        <w:t xml:space="preserve"> 2017 as amended</w:t>
      </w:r>
      <w:r w:rsidRPr="005E65A6">
        <w:rPr>
          <w:sz w:val="22"/>
        </w:rPr>
        <w:t>, and that the results recorded above are a true and complete record of the applicant's performance.</w:t>
      </w:r>
    </w:p>
    <w:tbl>
      <w:tblPr>
        <w:tblStyle w:val="TableGrid"/>
        <w:tblW w:w="0" w:type="auto"/>
        <w:tblLook w:val="04A0" w:firstRow="1" w:lastRow="0" w:firstColumn="1" w:lastColumn="0" w:noHBand="0" w:noVBand="1"/>
      </w:tblPr>
      <w:tblGrid>
        <w:gridCol w:w="2407"/>
        <w:gridCol w:w="3931"/>
        <w:gridCol w:w="1841"/>
        <w:gridCol w:w="1416"/>
      </w:tblGrid>
      <w:tr w:rsidR="00E27F22" w:rsidRPr="005E65A6" w14:paraId="0BC8EF05" w14:textId="77777777" w:rsidTr="00E27F22">
        <w:tc>
          <w:tcPr>
            <w:tcW w:w="2410" w:type="dxa"/>
          </w:tcPr>
          <w:p w14:paraId="7A1A3474" w14:textId="77777777" w:rsidR="00E27F22" w:rsidRPr="005E65A6" w:rsidRDefault="00E27F22">
            <w:pPr>
              <w:rPr>
                <w:sz w:val="22"/>
              </w:rPr>
            </w:pPr>
            <w:r w:rsidRPr="005E65A6">
              <w:rPr>
                <w:b/>
                <w:sz w:val="22"/>
              </w:rPr>
              <w:t>Examiner Name:</w:t>
            </w:r>
          </w:p>
        </w:tc>
        <w:tc>
          <w:tcPr>
            <w:tcW w:w="3935" w:type="dxa"/>
          </w:tcPr>
          <w:p w14:paraId="78EB970E" w14:textId="39EFE912" w:rsidR="00E27F22" w:rsidRPr="005E65A6" w:rsidRDefault="00E27F22" w:rsidP="00E27F22">
            <w:pPr>
              <w:rPr>
                <w:b/>
                <w:sz w:val="22"/>
              </w:rPr>
            </w:pPr>
            <w:r w:rsidRPr="005E65A6">
              <w:rPr>
                <w:b/>
                <w:sz w:val="22"/>
              </w:rPr>
              <w:t xml:space="preserve">Examiner </w:t>
            </w:r>
            <w:proofErr w:type="spellStart"/>
            <w:r w:rsidRPr="005E65A6">
              <w:rPr>
                <w:b/>
                <w:sz w:val="22"/>
              </w:rPr>
              <w:t>Licence</w:t>
            </w:r>
            <w:proofErr w:type="spellEnd"/>
            <w:r w:rsidRPr="005E65A6">
              <w:rPr>
                <w:b/>
                <w:sz w:val="22"/>
              </w:rPr>
              <w:t>/Authorization No.:</w:t>
            </w:r>
          </w:p>
          <w:p w14:paraId="3EF2C034" w14:textId="77777777" w:rsidR="00E27F22" w:rsidRPr="005E65A6" w:rsidRDefault="00E27F22">
            <w:pPr>
              <w:rPr>
                <w:b/>
                <w:sz w:val="22"/>
              </w:rPr>
            </w:pPr>
          </w:p>
        </w:tc>
        <w:tc>
          <w:tcPr>
            <w:tcW w:w="1843" w:type="dxa"/>
          </w:tcPr>
          <w:p w14:paraId="5A5B3675" w14:textId="17AF6642" w:rsidR="00E27F22" w:rsidRPr="005E65A6" w:rsidRDefault="00E27F22">
            <w:pPr>
              <w:rPr>
                <w:sz w:val="22"/>
              </w:rPr>
            </w:pPr>
            <w:r w:rsidRPr="005E65A6">
              <w:rPr>
                <w:b/>
                <w:sz w:val="22"/>
              </w:rPr>
              <w:t>Signature:</w:t>
            </w:r>
          </w:p>
        </w:tc>
        <w:tc>
          <w:tcPr>
            <w:tcW w:w="1418" w:type="dxa"/>
          </w:tcPr>
          <w:p w14:paraId="78450B21" w14:textId="77777777" w:rsidR="00E27F22" w:rsidRPr="005E65A6" w:rsidRDefault="00E27F22">
            <w:pPr>
              <w:rPr>
                <w:sz w:val="22"/>
              </w:rPr>
            </w:pPr>
            <w:r w:rsidRPr="005E65A6">
              <w:rPr>
                <w:b/>
                <w:sz w:val="22"/>
              </w:rPr>
              <w:t>Date:</w:t>
            </w:r>
          </w:p>
        </w:tc>
      </w:tr>
      <w:tr w:rsidR="00E27F22" w:rsidRPr="005E65A6" w14:paraId="356C2968" w14:textId="77777777" w:rsidTr="00E27F22">
        <w:tc>
          <w:tcPr>
            <w:tcW w:w="2410" w:type="dxa"/>
          </w:tcPr>
          <w:p w14:paraId="36865A60" w14:textId="77777777" w:rsidR="00E27F22" w:rsidRPr="005E65A6" w:rsidRDefault="00E27F22" w:rsidP="00E27F22">
            <w:pPr>
              <w:rPr>
                <w:sz w:val="22"/>
              </w:rPr>
            </w:pPr>
          </w:p>
        </w:tc>
        <w:tc>
          <w:tcPr>
            <w:tcW w:w="3935" w:type="dxa"/>
          </w:tcPr>
          <w:p w14:paraId="643CC3EB" w14:textId="77777777" w:rsidR="00E27F22" w:rsidRPr="005E65A6" w:rsidRDefault="00E27F22">
            <w:pPr>
              <w:rPr>
                <w:sz w:val="22"/>
              </w:rPr>
            </w:pPr>
          </w:p>
        </w:tc>
        <w:tc>
          <w:tcPr>
            <w:tcW w:w="1843" w:type="dxa"/>
          </w:tcPr>
          <w:p w14:paraId="5B45DA42" w14:textId="01C456A6" w:rsidR="00E27F22" w:rsidRPr="005E65A6" w:rsidRDefault="00E27F22">
            <w:pPr>
              <w:rPr>
                <w:sz w:val="22"/>
              </w:rPr>
            </w:pPr>
          </w:p>
        </w:tc>
        <w:tc>
          <w:tcPr>
            <w:tcW w:w="1418" w:type="dxa"/>
          </w:tcPr>
          <w:p w14:paraId="21D2F776" w14:textId="77777777" w:rsidR="00E27F22" w:rsidRPr="005E65A6" w:rsidRDefault="00E27F22">
            <w:pPr>
              <w:rPr>
                <w:sz w:val="22"/>
              </w:rPr>
            </w:pPr>
          </w:p>
        </w:tc>
      </w:tr>
    </w:tbl>
    <w:p w14:paraId="117D55D3" w14:textId="77777777" w:rsidR="00A45D25" w:rsidRPr="005E65A6" w:rsidRDefault="00A45D25">
      <w:pPr>
        <w:rPr>
          <w:sz w:val="22"/>
        </w:rPr>
      </w:pPr>
    </w:p>
    <w:p w14:paraId="1052275E" w14:textId="77777777" w:rsidR="00A45D25" w:rsidRPr="005E65A6" w:rsidRDefault="00000000">
      <w:pPr>
        <w:rPr>
          <w:sz w:val="22"/>
        </w:rPr>
      </w:pPr>
      <w:r w:rsidRPr="005E65A6">
        <w:rPr>
          <w:sz w:val="22"/>
        </w:rPr>
        <w:t>Applicant's Acknowledgement: I acknowledge that the result recorded above has been explained to me.</w:t>
      </w:r>
    </w:p>
    <w:tbl>
      <w:tblPr>
        <w:tblStyle w:val="TableGrid"/>
        <w:tblW w:w="0" w:type="auto"/>
        <w:tblLook w:val="04A0" w:firstRow="1" w:lastRow="0" w:firstColumn="1" w:lastColumn="0" w:noHBand="0" w:noVBand="1"/>
      </w:tblPr>
      <w:tblGrid>
        <w:gridCol w:w="4798"/>
        <w:gridCol w:w="4797"/>
      </w:tblGrid>
      <w:tr w:rsidR="00A45D25" w:rsidRPr="005E65A6" w14:paraId="0A1FD36A" w14:textId="77777777">
        <w:tc>
          <w:tcPr>
            <w:tcW w:w="4802" w:type="dxa"/>
          </w:tcPr>
          <w:p w14:paraId="3ABCFEF7" w14:textId="77777777" w:rsidR="00A45D25" w:rsidRPr="005E65A6" w:rsidRDefault="00000000">
            <w:pPr>
              <w:rPr>
                <w:sz w:val="22"/>
              </w:rPr>
            </w:pPr>
            <w:r w:rsidRPr="005E65A6">
              <w:rPr>
                <w:b/>
                <w:sz w:val="22"/>
              </w:rPr>
              <w:t>Applicant Signature:</w:t>
            </w:r>
          </w:p>
        </w:tc>
        <w:tc>
          <w:tcPr>
            <w:tcW w:w="4802" w:type="dxa"/>
          </w:tcPr>
          <w:p w14:paraId="7F8E1DF2" w14:textId="77777777" w:rsidR="00A45D25" w:rsidRPr="005E65A6" w:rsidRDefault="00000000">
            <w:pPr>
              <w:rPr>
                <w:sz w:val="22"/>
              </w:rPr>
            </w:pPr>
            <w:r w:rsidRPr="005E65A6">
              <w:rPr>
                <w:b/>
                <w:sz w:val="22"/>
              </w:rPr>
              <w:t>Date:</w:t>
            </w:r>
          </w:p>
        </w:tc>
      </w:tr>
    </w:tbl>
    <w:p w14:paraId="01FE3EC9" w14:textId="77777777" w:rsidR="00A45D25" w:rsidRPr="005E65A6" w:rsidRDefault="00A45D25">
      <w:pPr>
        <w:rPr>
          <w:sz w:val="22"/>
        </w:rPr>
      </w:pPr>
    </w:p>
    <w:p w14:paraId="11BB5E1E" w14:textId="2E8AEED7" w:rsidR="00A45D25" w:rsidRPr="005E65A6" w:rsidRDefault="00E27F22">
      <w:pPr>
        <w:pStyle w:val="Heading2"/>
        <w:rPr>
          <w:rFonts w:ascii="Arial" w:hAnsi="Arial" w:cs="Arial"/>
          <w:sz w:val="22"/>
          <w:szCs w:val="22"/>
        </w:rPr>
      </w:pPr>
      <w:r w:rsidRPr="005E65A6">
        <w:rPr>
          <w:rFonts w:ascii="Arial" w:hAnsi="Arial" w:cs="Arial"/>
          <w:sz w:val="22"/>
          <w:szCs w:val="22"/>
        </w:rPr>
        <w:t>CHIEF PEL — SUPERVISORY REVIEW</w:t>
      </w:r>
    </w:p>
    <w:p w14:paraId="5C16681C" w14:textId="77777777" w:rsidR="00A45D25" w:rsidRPr="005E65A6" w:rsidRDefault="00000000" w:rsidP="00E27F22">
      <w:pPr>
        <w:jc w:val="both"/>
        <w:rPr>
          <w:sz w:val="22"/>
        </w:rPr>
      </w:pPr>
      <w:r w:rsidRPr="005E65A6">
        <w:rPr>
          <w:sz w:val="22"/>
        </w:rPr>
        <w:t>Reviewed for completeness and compliance with the Aircraft Maintenance Engineer Skill Test Standards and forwarded for licensing action.</w:t>
      </w:r>
    </w:p>
    <w:tbl>
      <w:tblPr>
        <w:tblStyle w:val="TableGrid"/>
        <w:tblW w:w="0" w:type="auto"/>
        <w:tblLook w:val="04A0" w:firstRow="1" w:lastRow="0" w:firstColumn="1" w:lastColumn="0" w:noHBand="0" w:noVBand="1"/>
      </w:tblPr>
      <w:tblGrid>
        <w:gridCol w:w="4798"/>
        <w:gridCol w:w="4797"/>
      </w:tblGrid>
      <w:tr w:rsidR="00A45D25" w:rsidRPr="005E65A6" w14:paraId="61D2BC7D" w14:textId="77777777">
        <w:tc>
          <w:tcPr>
            <w:tcW w:w="4802" w:type="dxa"/>
          </w:tcPr>
          <w:p w14:paraId="62A4E864" w14:textId="77777777" w:rsidR="00A45D25" w:rsidRPr="005E65A6" w:rsidRDefault="00000000">
            <w:pPr>
              <w:rPr>
                <w:sz w:val="22"/>
              </w:rPr>
            </w:pPr>
            <w:r w:rsidRPr="005E65A6">
              <w:rPr>
                <w:b/>
                <w:sz w:val="22"/>
              </w:rPr>
              <w:t>Chief PEL Signature:</w:t>
            </w:r>
          </w:p>
        </w:tc>
        <w:tc>
          <w:tcPr>
            <w:tcW w:w="4802" w:type="dxa"/>
          </w:tcPr>
          <w:p w14:paraId="6B742595" w14:textId="77777777" w:rsidR="00A45D25" w:rsidRPr="005E65A6" w:rsidRDefault="00000000">
            <w:pPr>
              <w:rPr>
                <w:sz w:val="22"/>
              </w:rPr>
            </w:pPr>
            <w:r w:rsidRPr="005E65A6">
              <w:rPr>
                <w:b/>
                <w:sz w:val="22"/>
              </w:rPr>
              <w:t>Date:</w:t>
            </w:r>
          </w:p>
        </w:tc>
      </w:tr>
    </w:tbl>
    <w:p w14:paraId="6C95EEE2" w14:textId="77777777" w:rsidR="002D1FB2" w:rsidRPr="005E65A6" w:rsidRDefault="002D1FB2">
      <w:pPr>
        <w:rPr>
          <w:sz w:val="22"/>
        </w:rPr>
      </w:pPr>
    </w:p>
    <w:sectPr w:rsidR="002D1FB2" w:rsidRPr="005E65A6" w:rsidSect="00034616">
      <w:headerReference w:type="default" r:id="rId8"/>
      <w:footerReference w:type="default" r:id="rId9"/>
      <w:headerReference w:type="first" r:id="rId10"/>
      <w:footerReference w:type="first" r:id="rId11"/>
      <w:pgSz w:w="11909" w:h="16834"/>
      <w:pgMar w:top="1872" w:right="1152" w:bottom="1440" w:left="1152"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EC0E5" w14:textId="77777777" w:rsidR="00A14F54" w:rsidRDefault="00A14F54">
      <w:pPr>
        <w:spacing w:after="0" w:line="240" w:lineRule="auto"/>
      </w:pPr>
      <w:r>
        <w:separator/>
      </w:r>
    </w:p>
  </w:endnote>
  <w:endnote w:type="continuationSeparator" w:id="0">
    <w:p w14:paraId="3BEB7845" w14:textId="77777777" w:rsidR="00A14F54" w:rsidRDefault="00A14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F043" w14:textId="77777777" w:rsidR="00A45D25" w:rsidRDefault="00A45D25">
    <w:pPr>
      <w:pStyle w:val="Foo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2880"/>
      <w:gridCol w:w="2880"/>
    </w:tblGrid>
    <w:tr w:rsidR="00A45D25" w14:paraId="230D76B2" w14:textId="77777777" w:rsidTr="008D2985">
      <w:trPr>
        <w:jc w:val="center"/>
      </w:trPr>
      <w:tc>
        <w:tcPr>
          <w:tcW w:w="3600" w:type="dxa"/>
          <w:shd w:val="clear" w:color="auto" w:fill="DBE5F1" w:themeFill="accent1" w:themeFillTint="33"/>
        </w:tcPr>
        <w:p w14:paraId="163B2245" w14:textId="77777777" w:rsidR="00A45D25" w:rsidRDefault="00000000">
          <w:pPr>
            <w:jc w:val="center"/>
          </w:pPr>
          <w:r>
            <w:rPr>
              <w:sz w:val="18"/>
            </w:rPr>
            <w:t>This is a Controlled Document.</w:t>
          </w:r>
        </w:p>
      </w:tc>
      <w:tc>
        <w:tcPr>
          <w:tcW w:w="2880" w:type="dxa"/>
          <w:shd w:val="clear" w:color="auto" w:fill="DBE5F1" w:themeFill="accent1" w:themeFillTint="33"/>
        </w:tcPr>
        <w:p w14:paraId="759E6211" w14:textId="021F56E5" w:rsidR="00A45D25" w:rsidRDefault="00000000">
          <w:pPr>
            <w:jc w:val="center"/>
          </w:pPr>
          <w:r>
            <w:rPr>
              <w:sz w:val="18"/>
            </w:rPr>
            <w:t>TCAA-</w:t>
          </w:r>
          <w:r w:rsidR="00D17472">
            <w:rPr>
              <w:sz w:val="18"/>
            </w:rPr>
            <w:t>FRM-SR-PEL</w:t>
          </w:r>
          <w:r w:rsidR="008D2985">
            <w:rPr>
              <w:sz w:val="18"/>
            </w:rPr>
            <w:t>069</w:t>
          </w:r>
        </w:p>
      </w:tc>
      <w:tc>
        <w:tcPr>
          <w:tcW w:w="2880" w:type="dxa"/>
          <w:shd w:val="clear" w:color="auto" w:fill="DBE5F1" w:themeFill="accent1" w:themeFillTint="33"/>
        </w:tcPr>
        <w:p w14:paraId="58251E6F" w14:textId="551519EC" w:rsidR="00A45D25" w:rsidRDefault="00000000">
          <w:pPr>
            <w:jc w:val="center"/>
          </w:pPr>
          <w:r>
            <w:rPr>
              <w:sz w:val="18"/>
            </w:rPr>
            <w:t xml:space="preserve">Issued on </w:t>
          </w:r>
          <w:r w:rsidR="00A57802">
            <w:rPr>
              <w:sz w:val="18"/>
            </w:rPr>
            <w:t>30 October</w:t>
          </w:r>
          <w:r w:rsidR="00D17472">
            <w:rPr>
              <w:sz w:val="18"/>
            </w:rPr>
            <w:t xml:space="preserve"> 2026</w:t>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2880"/>
      <w:gridCol w:w="2880"/>
    </w:tblGrid>
    <w:tr w:rsidR="00D17472" w14:paraId="57E71E79" w14:textId="77777777" w:rsidTr="005D1C5F">
      <w:trPr>
        <w:jc w:val="center"/>
      </w:trPr>
      <w:tc>
        <w:tcPr>
          <w:tcW w:w="3600" w:type="dxa"/>
          <w:shd w:val="clear" w:color="auto" w:fill="DBE5F1" w:themeFill="accent1" w:themeFillTint="33"/>
        </w:tcPr>
        <w:p w14:paraId="7C7021DF" w14:textId="77777777" w:rsidR="00D17472" w:rsidRDefault="00D17472" w:rsidP="00D17472">
          <w:pPr>
            <w:jc w:val="center"/>
          </w:pPr>
          <w:r>
            <w:rPr>
              <w:sz w:val="18"/>
            </w:rPr>
            <w:t>This is a Controlled Document.</w:t>
          </w:r>
        </w:p>
      </w:tc>
      <w:tc>
        <w:tcPr>
          <w:tcW w:w="2880" w:type="dxa"/>
          <w:shd w:val="clear" w:color="auto" w:fill="DBE5F1" w:themeFill="accent1" w:themeFillTint="33"/>
        </w:tcPr>
        <w:p w14:paraId="74D06E0E" w14:textId="4F841B94" w:rsidR="00D17472" w:rsidRDefault="00D17472" w:rsidP="00D17472">
          <w:pPr>
            <w:jc w:val="center"/>
          </w:pPr>
          <w:r>
            <w:rPr>
              <w:sz w:val="18"/>
            </w:rPr>
            <w:t>TCAA-FRM-SR-PEL</w:t>
          </w:r>
          <w:r w:rsidR="005E65A6">
            <w:rPr>
              <w:sz w:val="18"/>
            </w:rPr>
            <w:t>069</w:t>
          </w:r>
        </w:p>
      </w:tc>
      <w:tc>
        <w:tcPr>
          <w:tcW w:w="2880" w:type="dxa"/>
          <w:shd w:val="clear" w:color="auto" w:fill="DBE5F1" w:themeFill="accent1" w:themeFillTint="33"/>
        </w:tcPr>
        <w:p w14:paraId="7B1B0DA3" w14:textId="77777777" w:rsidR="00D17472" w:rsidRDefault="00D17472" w:rsidP="00D17472">
          <w:pPr>
            <w:jc w:val="center"/>
          </w:pPr>
          <w:r>
            <w:rPr>
              <w:sz w:val="18"/>
            </w:rPr>
            <w:t>Issued on 30 August 2026</w:t>
          </w:r>
        </w:p>
      </w:tc>
    </w:tr>
  </w:tbl>
  <w:p w14:paraId="77F92E30" w14:textId="77777777" w:rsidR="00D17472" w:rsidRDefault="00D174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BE462" w14:textId="77777777" w:rsidR="00A14F54" w:rsidRDefault="00A14F54">
      <w:pPr>
        <w:spacing w:after="0" w:line="240" w:lineRule="auto"/>
      </w:pPr>
      <w:r>
        <w:separator/>
      </w:r>
    </w:p>
  </w:footnote>
  <w:footnote w:type="continuationSeparator" w:id="0">
    <w:p w14:paraId="08105422" w14:textId="77777777" w:rsidR="00A14F54" w:rsidRDefault="00A14F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BE029" w14:textId="77777777" w:rsidR="00A45D25" w:rsidRDefault="00A45D25">
    <w:pPr>
      <w:pStyle w:val="Head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72"/>
      <w:gridCol w:w="5386"/>
      <w:gridCol w:w="1402"/>
    </w:tblGrid>
    <w:tr w:rsidR="00A45D25" w14:paraId="0845C326" w14:textId="77777777" w:rsidTr="00D17472">
      <w:trPr>
        <w:jc w:val="center"/>
      </w:trPr>
      <w:tc>
        <w:tcPr>
          <w:tcW w:w="2572" w:type="dxa"/>
          <w:vAlign w:val="center"/>
        </w:tcPr>
        <w:p w14:paraId="7B1331B3" w14:textId="77777777" w:rsidR="00A45D25" w:rsidRPr="00E27F22" w:rsidRDefault="00000000" w:rsidP="00E27F22">
          <w:pPr>
            <w:spacing w:after="0"/>
            <w:jc w:val="center"/>
            <w:rPr>
              <w:rFonts w:ascii="Times New Roman" w:hAnsi="Times New Roman" w:cs="Times New Roman"/>
              <w:sz w:val="22"/>
            </w:rPr>
          </w:pPr>
          <w:r w:rsidRPr="00E27F22">
            <w:rPr>
              <w:rFonts w:ascii="Times New Roman" w:hAnsi="Times New Roman" w:cs="Times New Roman"/>
              <w:noProof/>
              <w:sz w:val="22"/>
            </w:rPr>
            <w:drawing>
              <wp:inline distT="0" distB="0" distL="0" distR="0" wp14:anchorId="011B5CC7" wp14:editId="11C301C5">
                <wp:extent cx="822960" cy="515698"/>
                <wp:effectExtent l="0" t="0" r="0" b="0"/>
                <wp:docPr id="1963751929" name="Picture 1963751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caa_logo.png"/>
                        <pic:cNvPicPr/>
                      </pic:nvPicPr>
                      <pic:blipFill>
                        <a:blip r:embed="rId1"/>
                        <a:stretch>
                          <a:fillRect/>
                        </a:stretch>
                      </pic:blipFill>
                      <pic:spPr>
                        <a:xfrm>
                          <a:off x="0" y="0"/>
                          <a:ext cx="822960" cy="515698"/>
                        </a:xfrm>
                        <a:prstGeom prst="rect">
                          <a:avLst/>
                        </a:prstGeom>
                      </pic:spPr>
                    </pic:pic>
                  </a:graphicData>
                </a:graphic>
              </wp:inline>
            </w:drawing>
          </w:r>
        </w:p>
      </w:tc>
      <w:tc>
        <w:tcPr>
          <w:tcW w:w="5386" w:type="dxa"/>
          <w:vAlign w:val="center"/>
        </w:tcPr>
        <w:p w14:paraId="2A6691B2" w14:textId="77777777" w:rsidR="00A45D25" w:rsidRPr="00E27F22" w:rsidRDefault="00000000" w:rsidP="00E27F22">
          <w:pPr>
            <w:spacing w:after="0"/>
            <w:jc w:val="center"/>
            <w:rPr>
              <w:rFonts w:ascii="Times New Roman" w:hAnsi="Times New Roman" w:cs="Times New Roman"/>
              <w:sz w:val="22"/>
            </w:rPr>
          </w:pPr>
          <w:r w:rsidRPr="00E27F22">
            <w:rPr>
              <w:rFonts w:ascii="Times New Roman" w:hAnsi="Times New Roman" w:cs="Times New Roman"/>
              <w:b/>
              <w:color w:val="1467B0"/>
              <w:sz w:val="22"/>
            </w:rPr>
            <w:t>TANZANIA CIVIL AVIATION AUTHORITY</w:t>
          </w:r>
        </w:p>
        <w:p w14:paraId="3BF02245" w14:textId="77777777" w:rsidR="00A45D25" w:rsidRPr="00E27F22" w:rsidRDefault="00000000" w:rsidP="00E27F22">
          <w:pPr>
            <w:spacing w:after="0"/>
            <w:jc w:val="center"/>
            <w:rPr>
              <w:rFonts w:ascii="Times New Roman" w:hAnsi="Times New Roman" w:cs="Times New Roman"/>
              <w:sz w:val="22"/>
            </w:rPr>
          </w:pPr>
          <w:r w:rsidRPr="00E27F22">
            <w:rPr>
              <w:rFonts w:ascii="Times New Roman" w:hAnsi="Times New Roman" w:cs="Times New Roman"/>
              <w:b/>
              <w:color w:val="1467B0"/>
              <w:sz w:val="22"/>
            </w:rPr>
            <w:t>DIRECTORATE OF SAFETY REGULATIONS</w:t>
          </w:r>
        </w:p>
        <w:p w14:paraId="065F8B49" w14:textId="77777777" w:rsidR="00A45D25" w:rsidRPr="00E27F22" w:rsidRDefault="00000000" w:rsidP="00E27F22">
          <w:pPr>
            <w:spacing w:after="0"/>
            <w:jc w:val="center"/>
            <w:rPr>
              <w:rFonts w:ascii="Times New Roman" w:hAnsi="Times New Roman" w:cs="Times New Roman"/>
              <w:sz w:val="22"/>
            </w:rPr>
          </w:pPr>
          <w:r w:rsidRPr="00E27F22">
            <w:rPr>
              <w:rFonts w:ascii="Times New Roman" w:hAnsi="Times New Roman" w:cs="Times New Roman"/>
              <w:b/>
              <w:color w:val="1467B0"/>
              <w:sz w:val="22"/>
            </w:rPr>
            <w:t>PERSONNEL LICENSING</w:t>
          </w:r>
        </w:p>
      </w:tc>
      <w:tc>
        <w:tcPr>
          <w:tcW w:w="1402" w:type="dxa"/>
          <w:shd w:val="clear" w:color="auto" w:fill="DBE5F1" w:themeFill="accent1" w:themeFillTint="33"/>
          <w:vAlign w:val="center"/>
        </w:tcPr>
        <w:p w14:paraId="1A6F174F" w14:textId="77777777" w:rsidR="00A45D25" w:rsidRPr="00E27F22" w:rsidRDefault="00000000" w:rsidP="00E27F22">
          <w:pPr>
            <w:spacing w:after="0"/>
            <w:jc w:val="center"/>
            <w:rPr>
              <w:rFonts w:ascii="Times New Roman" w:hAnsi="Times New Roman" w:cs="Times New Roman"/>
              <w:sz w:val="22"/>
            </w:rPr>
          </w:pPr>
          <w:r w:rsidRPr="00E27F22">
            <w:rPr>
              <w:rFonts w:ascii="Times New Roman" w:hAnsi="Times New Roman" w:cs="Times New Roman"/>
              <w:b/>
              <w:sz w:val="22"/>
            </w:rPr>
            <w:t>Revision: 1</w:t>
          </w:r>
        </w:p>
        <w:p w14:paraId="32DDF67C" w14:textId="1A9A2D9C" w:rsidR="00A45D25" w:rsidRPr="00E27F22" w:rsidRDefault="00E27F22" w:rsidP="00E27F22">
          <w:pPr>
            <w:spacing w:after="0"/>
            <w:rPr>
              <w:rFonts w:ascii="Times New Roman" w:hAnsi="Times New Roman" w:cs="Times New Roman"/>
              <w:sz w:val="22"/>
            </w:rPr>
          </w:pPr>
          <w:r w:rsidRPr="00E27F22">
            <w:rPr>
              <w:rFonts w:ascii="Times New Roman" w:hAnsi="Times New Roman" w:cs="Times New Roman"/>
              <w:b/>
              <w:sz w:val="22"/>
            </w:rPr>
            <w:t xml:space="preserve">     Form</w:t>
          </w:r>
        </w:p>
      </w:tc>
    </w:tr>
    <w:tr w:rsidR="00A45D25" w14:paraId="5813C736" w14:textId="77777777" w:rsidTr="00D17472">
      <w:trPr>
        <w:jc w:val="center"/>
      </w:trPr>
      <w:tc>
        <w:tcPr>
          <w:tcW w:w="2572" w:type="dxa"/>
          <w:shd w:val="clear" w:color="auto" w:fill="DBE5F1" w:themeFill="accent1" w:themeFillTint="33"/>
        </w:tcPr>
        <w:p w14:paraId="3A92E4BF" w14:textId="77777777" w:rsidR="00E27F22" w:rsidRPr="00E27F22" w:rsidRDefault="00E27F22" w:rsidP="00E27F22">
          <w:pPr>
            <w:spacing w:after="0"/>
            <w:rPr>
              <w:rFonts w:ascii="Times New Roman" w:hAnsi="Times New Roman" w:cs="Times New Roman"/>
              <w:b/>
              <w:sz w:val="22"/>
            </w:rPr>
          </w:pPr>
          <w:r w:rsidRPr="00E27F22">
            <w:rPr>
              <w:rFonts w:ascii="Times New Roman" w:hAnsi="Times New Roman" w:cs="Times New Roman"/>
              <w:b/>
              <w:sz w:val="22"/>
            </w:rPr>
            <w:t xml:space="preserve">Document No.: </w:t>
          </w:r>
        </w:p>
        <w:p w14:paraId="1E6B99F3" w14:textId="308B0B74" w:rsidR="00E27F22" w:rsidRPr="00E27F22" w:rsidRDefault="00E27F22" w:rsidP="00E27F22">
          <w:pPr>
            <w:spacing w:after="0"/>
            <w:rPr>
              <w:rFonts w:ascii="Times New Roman" w:hAnsi="Times New Roman" w:cs="Times New Roman"/>
              <w:sz w:val="22"/>
            </w:rPr>
          </w:pPr>
          <w:r w:rsidRPr="00E27F22">
            <w:rPr>
              <w:rFonts w:ascii="Times New Roman" w:hAnsi="Times New Roman" w:cs="Times New Roman"/>
              <w:sz w:val="22"/>
            </w:rPr>
            <w:t>TCAA-</w:t>
          </w:r>
          <w:r>
            <w:rPr>
              <w:rFonts w:ascii="Times New Roman" w:hAnsi="Times New Roman" w:cs="Times New Roman"/>
              <w:sz w:val="22"/>
            </w:rPr>
            <w:t>FRM-SR-PEL</w:t>
          </w:r>
          <w:r w:rsidR="008D2985">
            <w:rPr>
              <w:rFonts w:ascii="Times New Roman" w:hAnsi="Times New Roman" w:cs="Times New Roman"/>
              <w:sz w:val="22"/>
            </w:rPr>
            <w:t>069</w:t>
          </w:r>
        </w:p>
        <w:p w14:paraId="775C42F2" w14:textId="77777777" w:rsidR="00A45D25" w:rsidRPr="00E27F22" w:rsidRDefault="00A45D25" w:rsidP="00E27F22">
          <w:pPr>
            <w:spacing w:after="0"/>
            <w:rPr>
              <w:rFonts w:ascii="Times New Roman" w:hAnsi="Times New Roman" w:cs="Times New Roman"/>
              <w:sz w:val="22"/>
            </w:rPr>
          </w:pPr>
        </w:p>
      </w:tc>
      <w:tc>
        <w:tcPr>
          <w:tcW w:w="5386" w:type="dxa"/>
          <w:shd w:val="clear" w:color="auto" w:fill="DBE5F1" w:themeFill="accent1" w:themeFillTint="33"/>
          <w:vAlign w:val="center"/>
        </w:tcPr>
        <w:p w14:paraId="5DF3D9BF" w14:textId="44D4B6D4" w:rsidR="00A45D25" w:rsidRPr="00E27F22" w:rsidRDefault="00000000" w:rsidP="00E27F22">
          <w:pPr>
            <w:spacing w:after="0"/>
            <w:rPr>
              <w:rFonts w:ascii="Times New Roman" w:hAnsi="Times New Roman" w:cs="Times New Roman"/>
              <w:sz w:val="22"/>
            </w:rPr>
          </w:pPr>
          <w:r w:rsidRPr="00E27F22">
            <w:rPr>
              <w:rFonts w:ascii="Times New Roman" w:hAnsi="Times New Roman" w:cs="Times New Roman"/>
              <w:b/>
              <w:sz w:val="22"/>
            </w:rPr>
            <w:t xml:space="preserve">Title: </w:t>
          </w:r>
          <w:r w:rsidRPr="00E27F22">
            <w:rPr>
              <w:rFonts w:ascii="Times New Roman" w:hAnsi="Times New Roman" w:cs="Times New Roman"/>
              <w:sz w:val="22"/>
            </w:rPr>
            <w:t xml:space="preserve">Aircraft Maintenance Engineer Skill Test </w:t>
          </w:r>
          <w:r w:rsidR="00E27F22">
            <w:rPr>
              <w:rFonts w:ascii="Times New Roman" w:hAnsi="Times New Roman" w:cs="Times New Roman"/>
              <w:sz w:val="22"/>
            </w:rPr>
            <w:t>form</w:t>
          </w:r>
        </w:p>
      </w:tc>
      <w:tc>
        <w:tcPr>
          <w:tcW w:w="1402" w:type="dxa"/>
          <w:shd w:val="clear" w:color="auto" w:fill="DBE5F1" w:themeFill="accent1" w:themeFillTint="33"/>
          <w:vAlign w:val="center"/>
        </w:tcPr>
        <w:p w14:paraId="6EF56AEC" w14:textId="77777777" w:rsidR="00A45D25" w:rsidRPr="00E27F22" w:rsidRDefault="00000000" w:rsidP="00E27F22">
          <w:pPr>
            <w:spacing w:after="0"/>
            <w:jc w:val="center"/>
            <w:rPr>
              <w:rFonts w:ascii="Times New Roman" w:hAnsi="Times New Roman" w:cs="Times New Roman"/>
              <w:sz w:val="22"/>
            </w:rPr>
          </w:pPr>
          <w:r w:rsidRPr="00E27F22">
            <w:rPr>
              <w:rFonts w:ascii="Times New Roman" w:hAnsi="Times New Roman" w:cs="Times New Roman"/>
              <w:b/>
              <w:sz w:val="22"/>
            </w:rPr>
            <w:t xml:space="preserve">Page </w:t>
          </w:r>
          <w:r w:rsidRPr="00E27F22">
            <w:rPr>
              <w:rFonts w:ascii="Times New Roman" w:hAnsi="Times New Roman" w:cs="Times New Roman"/>
              <w:sz w:val="22"/>
            </w:rPr>
            <w:fldChar w:fldCharType="begin"/>
          </w:r>
          <w:r w:rsidRPr="00E27F22">
            <w:rPr>
              <w:rFonts w:ascii="Times New Roman" w:hAnsi="Times New Roman" w:cs="Times New Roman"/>
              <w:sz w:val="22"/>
            </w:rPr>
            <w:instrText xml:space="preserve"> PAGE </w:instrText>
          </w:r>
          <w:r w:rsidRPr="00E27F22">
            <w:rPr>
              <w:rFonts w:ascii="Times New Roman" w:hAnsi="Times New Roman" w:cs="Times New Roman"/>
              <w:sz w:val="22"/>
            </w:rPr>
            <w:fldChar w:fldCharType="separate"/>
          </w:r>
          <w:r w:rsidR="00B629BA" w:rsidRPr="00E27F22">
            <w:rPr>
              <w:rFonts w:ascii="Times New Roman" w:hAnsi="Times New Roman" w:cs="Times New Roman"/>
              <w:noProof/>
              <w:sz w:val="22"/>
            </w:rPr>
            <w:t>2</w:t>
          </w:r>
          <w:r w:rsidRPr="00E27F22">
            <w:rPr>
              <w:rFonts w:ascii="Times New Roman" w:hAnsi="Times New Roman" w:cs="Times New Roman"/>
              <w:sz w:val="22"/>
            </w:rPr>
            <w:fldChar w:fldCharType="end"/>
          </w:r>
          <w:r w:rsidRPr="00E27F22">
            <w:rPr>
              <w:rFonts w:ascii="Times New Roman" w:hAnsi="Times New Roman" w:cs="Times New Roman"/>
              <w:b/>
              <w:sz w:val="22"/>
            </w:rPr>
            <w:t xml:space="preserve"> of </w:t>
          </w:r>
          <w:r w:rsidRPr="00E27F22">
            <w:rPr>
              <w:rFonts w:ascii="Times New Roman" w:hAnsi="Times New Roman" w:cs="Times New Roman"/>
              <w:sz w:val="22"/>
            </w:rPr>
            <w:fldChar w:fldCharType="begin"/>
          </w:r>
          <w:r w:rsidRPr="00E27F22">
            <w:rPr>
              <w:rFonts w:ascii="Times New Roman" w:hAnsi="Times New Roman" w:cs="Times New Roman"/>
              <w:sz w:val="22"/>
            </w:rPr>
            <w:instrText xml:space="preserve"> NUMPAGES </w:instrText>
          </w:r>
          <w:r w:rsidRPr="00E27F22">
            <w:rPr>
              <w:rFonts w:ascii="Times New Roman" w:hAnsi="Times New Roman" w:cs="Times New Roman"/>
              <w:sz w:val="22"/>
            </w:rPr>
            <w:fldChar w:fldCharType="separate"/>
          </w:r>
          <w:r w:rsidR="00B629BA" w:rsidRPr="00E27F22">
            <w:rPr>
              <w:rFonts w:ascii="Times New Roman" w:hAnsi="Times New Roman" w:cs="Times New Roman"/>
              <w:noProof/>
              <w:sz w:val="22"/>
            </w:rPr>
            <w:t>3</w:t>
          </w:r>
          <w:r w:rsidRPr="00E27F22">
            <w:rPr>
              <w:rFonts w:ascii="Times New Roman" w:hAnsi="Times New Roman" w:cs="Times New Roman"/>
              <w:sz w:val="22"/>
            </w:rPr>
            <w:fldChar w:fldCharType="end"/>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72"/>
      <w:gridCol w:w="5386"/>
      <w:gridCol w:w="1402"/>
    </w:tblGrid>
    <w:tr w:rsidR="00D17472" w14:paraId="1C5CDBDD" w14:textId="77777777" w:rsidTr="008D2985">
      <w:trPr>
        <w:jc w:val="center"/>
      </w:trPr>
      <w:tc>
        <w:tcPr>
          <w:tcW w:w="2572" w:type="dxa"/>
          <w:vAlign w:val="center"/>
        </w:tcPr>
        <w:p w14:paraId="07EFD6F8" w14:textId="77777777" w:rsidR="00D17472" w:rsidRPr="00E27F22" w:rsidRDefault="00D17472" w:rsidP="00D17472">
          <w:pPr>
            <w:spacing w:after="0"/>
            <w:jc w:val="center"/>
            <w:rPr>
              <w:rFonts w:ascii="Times New Roman" w:hAnsi="Times New Roman" w:cs="Times New Roman"/>
              <w:sz w:val="22"/>
            </w:rPr>
          </w:pPr>
          <w:r w:rsidRPr="00E27F22">
            <w:rPr>
              <w:rFonts w:ascii="Times New Roman" w:hAnsi="Times New Roman" w:cs="Times New Roman"/>
              <w:noProof/>
              <w:sz w:val="22"/>
            </w:rPr>
            <w:drawing>
              <wp:inline distT="0" distB="0" distL="0" distR="0" wp14:anchorId="390630FD" wp14:editId="3D923326">
                <wp:extent cx="822960" cy="515698"/>
                <wp:effectExtent l="0" t="0" r="0" b="0"/>
                <wp:docPr id="1846428378" name="Picture 18464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caa_logo.png"/>
                        <pic:cNvPicPr/>
                      </pic:nvPicPr>
                      <pic:blipFill>
                        <a:blip r:embed="rId1"/>
                        <a:stretch>
                          <a:fillRect/>
                        </a:stretch>
                      </pic:blipFill>
                      <pic:spPr>
                        <a:xfrm>
                          <a:off x="0" y="0"/>
                          <a:ext cx="822960" cy="515698"/>
                        </a:xfrm>
                        <a:prstGeom prst="rect">
                          <a:avLst/>
                        </a:prstGeom>
                      </pic:spPr>
                    </pic:pic>
                  </a:graphicData>
                </a:graphic>
              </wp:inline>
            </w:drawing>
          </w:r>
        </w:p>
      </w:tc>
      <w:tc>
        <w:tcPr>
          <w:tcW w:w="5386" w:type="dxa"/>
          <w:vAlign w:val="center"/>
        </w:tcPr>
        <w:p w14:paraId="17169C9F" w14:textId="77777777" w:rsidR="00D17472" w:rsidRPr="00E27F22" w:rsidRDefault="00D17472" w:rsidP="00D17472">
          <w:pPr>
            <w:spacing w:after="0"/>
            <w:jc w:val="center"/>
            <w:rPr>
              <w:rFonts w:ascii="Times New Roman" w:hAnsi="Times New Roman" w:cs="Times New Roman"/>
              <w:sz w:val="22"/>
            </w:rPr>
          </w:pPr>
          <w:r w:rsidRPr="00E27F22">
            <w:rPr>
              <w:rFonts w:ascii="Times New Roman" w:hAnsi="Times New Roman" w:cs="Times New Roman"/>
              <w:b/>
              <w:color w:val="1467B0"/>
              <w:sz w:val="22"/>
            </w:rPr>
            <w:t>TANZANIA CIVIL AVIATION AUTHORITY</w:t>
          </w:r>
        </w:p>
        <w:p w14:paraId="59833FE6" w14:textId="77777777" w:rsidR="00D17472" w:rsidRPr="00E27F22" w:rsidRDefault="00D17472" w:rsidP="00D17472">
          <w:pPr>
            <w:spacing w:after="0"/>
            <w:jc w:val="center"/>
            <w:rPr>
              <w:rFonts w:ascii="Times New Roman" w:hAnsi="Times New Roman" w:cs="Times New Roman"/>
              <w:sz w:val="22"/>
            </w:rPr>
          </w:pPr>
          <w:r w:rsidRPr="00E27F22">
            <w:rPr>
              <w:rFonts w:ascii="Times New Roman" w:hAnsi="Times New Roman" w:cs="Times New Roman"/>
              <w:b/>
              <w:color w:val="1467B0"/>
              <w:sz w:val="22"/>
            </w:rPr>
            <w:t>DIRECTORATE OF SAFETY REGULATIONS</w:t>
          </w:r>
        </w:p>
        <w:p w14:paraId="1B3746FA" w14:textId="77777777" w:rsidR="00D17472" w:rsidRPr="00E27F22" w:rsidRDefault="00D17472" w:rsidP="00D17472">
          <w:pPr>
            <w:spacing w:after="0"/>
            <w:jc w:val="center"/>
            <w:rPr>
              <w:rFonts w:ascii="Times New Roman" w:hAnsi="Times New Roman" w:cs="Times New Roman"/>
              <w:sz w:val="22"/>
            </w:rPr>
          </w:pPr>
          <w:r w:rsidRPr="00E27F22">
            <w:rPr>
              <w:rFonts w:ascii="Times New Roman" w:hAnsi="Times New Roman" w:cs="Times New Roman"/>
              <w:b/>
              <w:color w:val="1467B0"/>
              <w:sz w:val="22"/>
            </w:rPr>
            <w:t>PERSONNEL LICENSING</w:t>
          </w:r>
        </w:p>
      </w:tc>
      <w:tc>
        <w:tcPr>
          <w:tcW w:w="1402" w:type="dxa"/>
          <w:shd w:val="clear" w:color="auto" w:fill="DBE5F1" w:themeFill="accent1" w:themeFillTint="33"/>
          <w:vAlign w:val="center"/>
        </w:tcPr>
        <w:p w14:paraId="32AAB84B" w14:textId="77777777" w:rsidR="00D17472" w:rsidRPr="00E27F22" w:rsidRDefault="00D17472" w:rsidP="00D17472">
          <w:pPr>
            <w:spacing w:after="0"/>
            <w:jc w:val="center"/>
            <w:rPr>
              <w:rFonts w:ascii="Times New Roman" w:hAnsi="Times New Roman" w:cs="Times New Roman"/>
              <w:sz w:val="22"/>
            </w:rPr>
          </w:pPr>
          <w:r w:rsidRPr="00E27F22">
            <w:rPr>
              <w:rFonts w:ascii="Times New Roman" w:hAnsi="Times New Roman" w:cs="Times New Roman"/>
              <w:b/>
              <w:sz w:val="22"/>
            </w:rPr>
            <w:t>Revision: 1</w:t>
          </w:r>
        </w:p>
        <w:p w14:paraId="5A6CD60F" w14:textId="77777777" w:rsidR="00D17472" w:rsidRPr="00E27F22" w:rsidRDefault="00D17472" w:rsidP="00D17472">
          <w:pPr>
            <w:spacing w:after="0"/>
            <w:rPr>
              <w:rFonts w:ascii="Times New Roman" w:hAnsi="Times New Roman" w:cs="Times New Roman"/>
              <w:sz w:val="22"/>
            </w:rPr>
          </w:pPr>
          <w:r w:rsidRPr="00E27F22">
            <w:rPr>
              <w:rFonts w:ascii="Times New Roman" w:hAnsi="Times New Roman" w:cs="Times New Roman"/>
              <w:b/>
              <w:sz w:val="22"/>
            </w:rPr>
            <w:t xml:space="preserve">     Form</w:t>
          </w:r>
        </w:p>
      </w:tc>
    </w:tr>
    <w:tr w:rsidR="00D17472" w14:paraId="737A61C8" w14:textId="77777777" w:rsidTr="008D2985">
      <w:trPr>
        <w:jc w:val="center"/>
      </w:trPr>
      <w:tc>
        <w:tcPr>
          <w:tcW w:w="2572" w:type="dxa"/>
          <w:shd w:val="clear" w:color="auto" w:fill="DBE5F1" w:themeFill="accent1" w:themeFillTint="33"/>
        </w:tcPr>
        <w:p w14:paraId="316B5BAB" w14:textId="77777777" w:rsidR="00D17472" w:rsidRPr="00E27F22" w:rsidRDefault="00D17472" w:rsidP="00D17472">
          <w:pPr>
            <w:spacing w:after="0"/>
            <w:rPr>
              <w:rFonts w:ascii="Times New Roman" w:hAnsi="Times New Roman" w:cs="Times New Roman"/>
              <w:b/>
              <w:sz w:val="22"/>
            </w:rPr>
          </w:pPr>
          <w:r w:rsidRPr="00E27F22">
            <w:rPr>
              <w:rFonts w:ascii="Times New Roman" w:hAnsi="Times New Roman" w:cs="Times New Roman"/>
              <w:b/>
              <w:sz w:val="22"/>
            </w:rPr>
            <w:t xml:space="preserve">Document No.: </w:t>
          </w:r>
        </w:p>
        <w:p w14:paraId="7EA8734D" w14:textId="168B1397" w:rsidR="00D17472" w:rsidRPr="00E27F22" w:rsidRDefault="00D17472" w:rsidP="00D17472">
          <w:pPr>
            <w:spacing w:after="0"/>
            <w:rPr>
              <w:rFonts w:ascii="Times New Roman" w:hAnsi="Times New Roman" w:cs="Times New Roman"/>
              <w:sz w:val="22"/>
            </w:rPr>
          </w:pPr>
          <w:r w:rsidRPr="00E27F22">
            <w:rPr>
              <w:rFonts w:ascii="Times New Roman" w:hAnsi="Times New Roman" w:cs="Times New Roman"/>
              <w:sz w:val="22"/>
            </w:rPr>
            <w:t>TCAA-</w:t>
          </w:r>
          <w:r>
            <w:rPr>
              <w:rFonts w:ascii="Times New Roman" w:hAnsi="Times New Roman" w:cs="Times New Roman"/>
              <w:sz w:val="22"/>
            </w:rPr>
            <w:t>FRM-SR-PEL</w:t>
          </w:r>
          <w:r w:rsidR="005E65A6">
            <w:rPr>
              <w:rFonts w:ascii="Times New Roman" w:hAnsi="Times New Roman" w:cs="Times New Roman"/>
              <w:sz w:val="22"/>
            </w:rPr>
            <w:t>069</w:t>
          </w:r>
        </w:p>
        <w:p w14:paraId="1F5C5C6B" w14:textId="77777777" w:rsidR="00D17472" w:rsidRPr="00E27F22" w:rsidRDefault="00D17472" w:rsidP="00D17472">
          <w:pPr>
            <w:spacing w:after="0"/>
            <w:rPr>
              <w:rFonts w:ascii="Times New Roman" w:hAnsi="Times New Roman" w:cs="Times New Roman"/>
              <w:sz w:val="22"/>
            </w:rPr>
          </w:pPr>
        </w:p>
      </w:tc>
      <w:tc>
        <w:tcPr>
          <w:tcW w:w="5386" w:type="dxa"/>
          <w:shd w:val="clear" w:color="auto" w:fill="DBE5F1" w:themeFill="accent1" w:themeFillTint="33"/>
          <w:vAlign w:val="center"/>
        </w:tcPr>
        <w:p w14:paraId="355229B2" w14:textId="77777777" w:rsidR="00D17472" w:rsidRPr="00E27F22" w:rsidRDefault="00D17472" w:rsidP="00D17472">
          <w:pPr>
            <w:spacing w:after="0"/>
            <w:rPr>
              <w:rFonts w:ascii="Times New Roman" w:hAnsi="Times New Roman" w:cs="Times New Roman"/>
              <w:sz w:val="22"/>
            </w:rPr>
          </w:pPr>
          <w:r w:rsidRPr="00E27F22">
            <w:rPr>
              <w:rFonts w:ascii="Times New Roman" w:hAnsi="Times New Roman" w:cs="Times New Roman"/>
              <w:b/>
              <w:sz w:val="22"/>
            </w:rPr>
            <w:t xml:space="preserve">Title: </w:t>
          </w:r>
          <w:r w:rsidRPr="00E27F22">
            <w:rPr>
              <w:rFonts w:ascii="Times New Roman" w:hAnsi="Times New Roman" w:cs="Times New Roman"/>
              <w:sz w:val="22"/>
            </w:rPr>
            <w:t xml:space="preserve">Aircraft Maintenance Engineer Skill Test / </w:t>
          </w:r>
          <w:r>
            <w:rPr>
              <w:rFonts w:ascii="Times New Roman" w:hAnsi="Times New Roman" w:cs="Times New Roman"/>
              <w:sz w:val="22"/>
            </w:rPr>
            <w:t>form</w:t>
          </w:r>
        </w:p>
      </w:tc>
      <w:tc>
        <w:tcPr>
          <w:tcW w:w="1402" w:type="dxa"/>
          <w:shd w:val="clear" w:color="auto" w:fill="DBE5F1" w:themeFill="accent1" w:themeFillTint="33"/>
          <w:vAlign w:val="center"/>
        </w:tcPr>
        <w:p w14:paraId="2C166DAD" w14:textId="77777777" w:rsidR="00D17472" w:rsidRPr="00E27F22" w:rsidRDefault="00D17472" w:rsidP="00D17472">
          <w:pPr>
            <w:spacing w:after="0"/>
            <w:jc w:val="center"/>
            <w:rPr>
              <w:rFonts w:ascii="Times New Roman" w:hAnsi="Times New Roman" w:cs="Times New Roman"/>
              <w:sz w:val="22"/>
            </w:rPr>
          </w:pPr>
          <w:r w:rsidRPr="00E27F22">
            <w:rPr>
              <w:rFonts w:ascii="Times New Roman" w:hAnsi="Times New Roman" w:cs="Times New Roman"/>
              <w:b/>
              <w:sz w:val="22"/>
            </w:rPr>
            <w:t xml:space="preserve">Page </w:t>
          </w:r>
          <w:r w:rsidRPr="00E27F22">
            <w:rPr>
              <w:rFonts w:ascii="Times New Roman" w:hAnsi="Times New Roman" w:cs="Times New Roman"/>
              <w:sz w:val="22"/>
            </w:rPr>
            <w:fldChar w:fldCharType="begin"/>
          </w:r>
          <w:r w:rsidRPr="00E27F22">
            <w:rPr>
              <w:rFonts w:ascii="Times New Roman" w:hAnsi="Times New Roman" w:cs="Times New Roman"/>
              <w:sz w:val="22"/>
            </w:rPr>
            <w:instrText xml:space="preserve"> PAGE </w:instrText>
          </w:r>
          <w:r w:rsidRPr="00E27F22">
            <w:rPr>
              <w:rFonts w:ascii="Times New Roman" w:hAnsi="Times New Roman" w:cs="Times New Roman"/>
              <w:sz w:val="22"/>
            </w:rPr>
            <w:fldChar w:fldCharType="separate"/>
          </w:r>
          <w:r w:rsidRPr="00E27F22">
            <w:rPr>
              <w:rFonts w:ascii="Times New Roman" w:hAnsi="Times New Roman" w:cs="Times New Roman"/>
              <w:noProof/>
              <w:sz w:val="22"/>
            </w:rPr>
            <w:t>2</w:t>
          </w:r>
          <w:r w:rsidRPr="00E27F22">
            <w:rPr>
              <w:rFonts w:ascii="Times New Roman" w:hAnsi="Times New Roman" w:cs="Times New Roman"/>
              <w:sz w:val="22"/>
            </w:rPr>
            <w:fldChar w:fldCharType="end"/>
          </w:r>
          <w:r w:rsidRPr="00E27F22">
            <w:rPr>
              <w:rFonts w:ascii="Times New Roman" w:hAnsi="Times New Roman" w:cs="Times New Roman"/>
              <w:b/>
              <w:sz w:val="22"/>
            </w:rPr>
            <w:t xml:space="preserve"> of </w:t>
          </w:r>
          <w:r w:rsidRPr="00E27F22">
            <w:rPr>
              <w:rFonts w:ascii="Times New Roman" w:hAnsi="Times New Roman" w:cs="Times New Roman"/>
              <w:sz w:val="22"/>
            </w:rPr>
            <w:fldChar w:fldCharType="begin"/>
          </w:r>
          <w:r w:rsidRPr="00E27F22">
            <w:rPr>
              <w:rFonts w:ascii="Times New Roman" w:hAnsi="Times New Roman" w:cs="Times New Roman"/>
              <w:sz w:val="22"/>
            </w:rPr>
            <w:instrText xml:space="preserve"> NUMPAGES </w:instrText>
          </w:r>
          <w:r w:rsidRPr="00E27F22">
            <w:rPr>
              <w:rFonts w:ascii="Times New Roman" w:hAnsi="Times New Roman" w:cs="Times New Roman"/>
              <w:sz w:val="22"/>
            </w:rPr>
            <w:fldChar w:fldCharType="separate"/>
          </w:r>
          <w:r w:rsidRPr="00E27F22">
            <w:rPr>
              <w:rFonts w:ascii="Times New Roman" w:hAnsi="Times New Roman" w:cs="Times New Roman"/>
              <w:noProof/>
              <w:sz w:val="22"/>
            </w:rPr>
            <w:t>3</w:t>
          </w:r>
          <w:r w:rsidRPr="00E27F22">
            <w:rPr>
              <w:rFonts w:ascii="Times New Roman" w:hAnsi="Times New Roman" w:cs="Times New Roman"/>
              <w:sz w:val="22"/>
            </w:rPr>
            <w:fldChar w:fldCharType="end"/>
          </w:r>
        </w:p>
      </w:tc>
    </w:tr>
  </w:tbl>
  <w:p w14:paraId="07107216" w14:textId="6807A272" w:rsidR="00D17472" w:rsidRPr="00D17472" w:rsidRDefault="00D17472" w:rsidP="00D174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9386773">
    <w:abstractNumId w:val="8"/>
  </w:num>
  <w:num w:numId="2" w16cid:durableId="1582980311">
    <w:abstractNumId w:val="6"/>
  </w:num>
  <w:num w:numId="3" w16cid:durableId="135537550">
    <w:abstractNumId w:val="5"/>
  </w:num>
  <w:num w:numId="4" w16cid:durableId="679896948">
    <w:abstractNumId w:val="4"/>
  </w:num>
  <w:num w:numId="5" w16cid:durableId="646322195">
    <w:abstractNumId w:val="7"/>
  </w:num>
  <w:num w:numId="6" w16cid:durableId="400249502">
    <w:abstractNumId w:val="3"/>
  </w:num>
  <w:num w:numId="7" w16cid:durableId="265112523">
    <w:abstractNumId w:val="2"/>
  </w:num>
  <w:num w:numId="8" w16cid:durableId="308903548">
    <w:abstractNumId w:val="1"/>
  </w:num>
  <w:num w:numId="9" w16cid:durableId="498541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D1FB2"/>
    <w:rsid w:val="00326F90"/>
    <w:rsid w:val="00562E0A"/>
    <w:rsid w:val="005E65A6"/>
    <w:rsid w:val="005E7321"/>
    <w:rsid w:val="008867B6"/>
    <w:rsid w:val="008D2985"/>
    <w:rsid w:val="00A14F54"/>
    <w:rsid w:val="00A45D25"/>
    <w:rsid w:val="00A57802"/>
    <w:rsid w:val="00AA1D8D"/>
    <w:rsid w:val="00B47730"/>
    <w:rsid w:val="00B629BA"/>
    <w:rsid w:val="00CB0664"/>
    <w:rsid w:val="00D17472"/>
    <w:rsid w:val="00E03FC9"/>
    <w:rsid w:val="00E27F2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3E1A7E"/>
  <w14:defaultImageDpi w14:val="300"/>
  <w15:docId w15:val="{EB6E4349-071C-4A20-86FC-1514C8B0C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cs="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467B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467B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467B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1040</Words>
  <Characters>5932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Mossy Kitang'ita</cp:lastModifiedBy>
  <cp:revision>2</cp:revision>
  <dcterms:created xsi:type="dcterms:W3CDTF">2026-10-06T03:03:00Z</dcterms:created>
  <dcterms:modified xsi:type="dcterms:W3CDTF">2026-10-06T03:03:00Z</dcterms:modified>
  <cp:category/>
</cp:coreProperties>
</file>